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WEEKLY RENTAL AGREEMENT</w:t>
      </w:r>
    </w:p>
    <w:p/>
    <w:p>
      <w:r>
        <w:rPr>
          <w:b/>
          <w:sz w:val="20"/>
        </w:rPr>
        <w:t>This Weekly Rental Agreement ("Agreement") is entered into by and between the following parties:</w:t>
      </w:r>
    </w:p>
    <w:p/>
    <w:p>
      <w:r>
        <w:rPr>
          <w:b/>
          <w:sz w:val="20"/>
        </w:rPr>
        <w:t>Lessor Information:</w:t>
      </w:r>
    </w:p>
    <w:p>
      <w:r>
        <w:rPr>
          <w:b w:val="0"/>
          <w:sz w:val="20"/>
        </w:rPr>
        <w:t>Full Name / Company: 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Lessee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Premises to be Rented:</w:t>
      </w:r>
    </w:p>
    <w:p>
      <w:r>
        <w:rPr>
          <w:b w:val="0"/>
          <w:sz w:val="20"/>
        </w:rPr>
        <w:t>Description and Address of Rental Property:</w:t>
      </w:r>
    </w:p>
    <w:p>
      <w:r>
        <w:rPr>
          <w:b w:val="0"/>
          <w:sz w:val="20"/>
        </w:rPr>
        <w:t>______________________________________________________________________</w:t>
      </w:r>
    </w:p>
    <w:p>
      <w:r>
        <w:rPr>
          <w:b w:val="0"/>
          <w:sz w:val="20"/>
        </w:rPr>
        <w:t>______________________________________________________________________</w:t>
      </w:r>
    </w:p>
    <w:p/>
    <w:p>
      <w:r>
        <w:rPr>
          <w:b/>
          <w:sz w:val="20"/>
        </w:rPr>
        <w:t>Rental Term:</w:t>
      </w:r>
    </w:p>
    <w:p>
      <w:r>
        <w:rPr>
          <w:b w:val="0"/>
          <w:sz w:val="20"/>
        </w:rPr>
        <w:t>The rental term shall commence on ______________________________ and continue for a period of one (1) week, ending on ______________________________.</w:t>
      </w:r>
    </w:p>
    <w:p/>
    <w:p>
      <w:r>
        <w:rPr>
          <w:b/>
          <w:sz w:val="20"/>
        </w:rPr>
        <w:t>Rental Amount and Payment:</w:t>
      </w:r>
    </w:p>
    <w:p>
      <w:r>
        <w:rPr>
          <w:b w:val="0"/>
          <w:sz w:val="20"/>
        </w:rPr>
        <w:t>The Lessee agrees to pay the Lessor a total rent of $________________ for the rental term.</w:t>
      </w:r>
    </w:p>
    <w:p>
      <w:r>
        <w:rPr>
          <w:b w:val="0"/>
          <w:sz w:val="20"/>
        </w:rPr>
        <w:t>Rent is payable in full before or at the time of occupancy unless otherwise agreed in writing.</w:t>
      </w:r>
    </w:p>
    <w:p>
      <w:r>
        <w:rPr>
          <w:b w:val="0"/>
          <w:sz w:val="20"/>
        </w:rPr>
        <w:t>Payment Method: ______________________________________________________</w:t>
      </w:r>
    </w:p>
    <w:p/>
    <w:p>
      <w:r>
        <w:rPr>
          <w:b/>
          <w:sz w:val="20"/>
        </w:rPr>
        <w:t>Security Deposit:</w:t>
      </w:r>
    </w:p>
    <w:p>
      <w:r>
        <w:rPr>
          <w:b w:val="0"/>
          <w:sz w:val="20"/>
        </w:rPr>
        <w:t>Lessee shall pay a security deposit in the amount of $________________ to cover damages or unpaid rent.</w:t>
      </w:r>
    </w:p>
    <w:p>
      <w:r>
        <w:rPr>
          <w:b w:val="0"/>
          <w:sz w:val="20"/>
        </w:rPr>
        <w:t>The security deposit shall be returned within __________________ days after the end of the rental term, less any lawful deductions.</w:t>
      </w:r>
    </w:p>
    <w:p/>
    <w:p>
      <w:r>
        <w:rPr>
          <w:b/>
          <w:sz w:val="20"/>
        </w:rPr>
        <w:t>Use of Premises:</w:t>
      </w:r>
    </w:p>
    <w:p>
      <w:r>
        <w:rPr>
          <w:b w:val="0"/>
          <w:sz w:val="20"/>
        </w:rPr>
        <w:t>The Premises shall be used solely for residential purposes by the Lessee and their immediate guests.</w:t>
      </w:r>
    </w:p>
    <w:p>
      <w:r>
        <w:rPr>
          <w:b w:val="0"/>
          <w:sz w:val="20"/>
        </w:rPr>
        <w:t>Lessee shall comply with all applicable laws, regulations, and community rules.</w:t>
      </w:r>
    </w:p>
    <w:p>
      <w:r>
        <w:rPr>
          <w:b w:val="0"/>
          <w:sz w:val="20"/>
        </w:rPr>
        <w:t>No illegal activities shall be conducted on the Premises.</w:t>
      </w:r>
    </w:p>
    <w:p/>
    <w:p>
      <w:r>
        <w:rPr>
          <w:b/>
          <w:sz w:val="20"/>
        </w:rPr>
        <w:t>Condition of Premises and Maintenance:</w:t>
      </w:r>
    </w:p>
    <w:p>
      <w:r>
        <w:rPr>
          <w:b w:val="0"/>
          <w:sz w:val="20"/>
        </w:rPr>
        <w:t>Lessee acknowledges that the Premises are in good and habitable condition at the time of occupancy.</w:t>
      </w:r>
    </w:p>
    <w:p>
      <w:r>
        <w:rPr>
          <w:b w:val="0"/>
          <w:sz w:val="20"/>
        </w:rPr>
        <w:t>Lessee agrees to keep the Premises clean and sanitary and to promptly notify the Lessor of any damages or needed repairs.</w:t>
      </w:r>
    </w:p>
    <w:p>
      <w:r>
        <w:rPr>
          <w:b w:val="0"/>
          <w:sz w:val="20"/>
        </w:rPr>
        <w:t>Lessee shall be responsible for any damage caused by their negligence or misuse.</w:t>
      </w:r>
    </w:p>
    <w:p/>
    <w:p>
      <w:r>
        <w:rPr>
          <w:b/>
          <w:sz w:val="20"/>
        </w:rPr>
        <w:t>Entry by Lessor:</w:t>
      </w:r>
    </w:p>
    <w:p>
      <w:r>
        <w:rPr>
          <w:b w:val="0"/>
          <w:sz w:val="20"/>
        </w:rPr>
        <w:t>Lessor may enter the Premises upon reasonable notice to inspect, make repairs, or show the Premises to prospective renters or buyers, except in cases of emergency, where no notice is required.</w:t>
      </w:r>
    </w:p>
    <w:p/>
    <w:p>
      <w:r>
        <w:rPr>
          <w:b/>
          <w:sz w:val="20"/>
        </w:rPr>
        <w:t>Utilities and Services:</w:t>
      </w:r>
    </w:p>
    <w:p>
      <w:r>
        <w:rPr>
          <w:b w:val="0"/>
          <w:sz w:val="20"/>
        </w:rPr>
        <w:t>The following utilities and services are included in the rent: ________________________________</w:t>
      </w:r>
    </w:p>
    <w:p>
      <w:r>
        <w:rPr>
          <w:b w:val="0"/>
          <w:sz w:val="20"/>
        </w:rPr>
        <w:t>Lessee shall be responsible for payment of all other utilities and services not listed above.</w:t>
      </w:r>
    </w:p>
    <w:p/>
    <w:p>
      <w:r>
        <w:rPr>
          <w:b/>
          <w:sz w:val="20"/>
        </w:rPr>
        <w:t>Rules and Regulations:</w:t>
      </w:r>
    </w:p>
    <w:p>
      <w:r>
        <w:rPr>
          <w:b w:val="0"/>
          <w:sz w:val="20"/>
        </w:rPr>
        <w:t>Lessee agrees to abide by all house rules and regulations provided by Lessor, including but not limited to noise restrictions, parking rules, and waste disposal.</w:t>
      </w:r>
    </w:p>
    <w:p/>
    <w:p>
      <w:r>
        <w:rPr>
          <w:b/>
          <w:sz w:val="20"/>
        </w:rPr>
        <w:t>Termination:</w:t>
      </w:r>
    </w:p>
    <w:p>
      <w:r>
        <w:rPr>
          <w:b w:val="0"/>
          <w:sz w:val="20"/>
        </w:rPr>
        <w:t>This Agreement shall terminate automatically at the end of the rental term.</w:t>
      </w:r>
    </w:p>
    <w:p>
      <w:r>
        <w:rPr>
          <w:b w:val="0"/>
          <w:sz w:val="20"/>
        </w:rPr>
        <w:t>Early termination by either party requires written notice of at least __________________ days and may be subject to penalties as provided by law.</w:t>
      </w:r>
    </w:p>
    <w:p/>
    <w:p>
      <w:r>
        <w:rPr>
          <w:b/>
          <w:sz w:val="20"/>
        </w:rPr>
        <w:t>Indemnification and Liability:</w:t>
      </w:r>
    </w:p>
    <w:p>
      <w:r>
        <w:rPr>
          <w:b w:val="0"/>
          <w:sz w:val="20"/>
        </w:rPr>
        <w:t>Lessee agrees to indemnify and hold harmless Lessor from any claims, damages, or liabilities arising from Lessee’s use or occupancy of the Premises.</w:t>
      </w:r>
    </w:p>
    <w:p>
      <w:r>
        <w:rPr>
          <w:b w:val="0"/>
          <w:sz w:val="20"/>
        </w:rPr>
        <w:t>Lessor shall not be liable for any injury, loss, or damage to Lessee or their property unless caused by Lessor’s gross negligence or willful misconduct.</w:t>
      </w:r>
    </w:p>
    <w:p/>
    <w:p>
      <w:r>
        <w:rPr>
          <w:b/>
          <w:sz w:val="20"/>
        </w:rPr>
        <w:t>Governing Law:</w:t>
      </w:r>
    </w:p>
    <w:p>
      <w:r>
        <w:rPr>
          <w:b w:val="0"/>
          <w:sz w:val="20"/>
        </w:rPr>
        <w:t>This Agreement shall be governed by and construed in accordance with the laws of the state where the Premises are located.</w:t>
      </w:r>
    </w:p>
    <w:p/>
    <w:p>
      <w:r>
        <w:rPr>
          <w:b/>
          <w:sz w:val="20"/>
        </w:rPr>
        <w:t>Entire Agreement:</w:t>
      </w:r>
    </w:p>
    <w:p>
      <w:r>
        <w:rPr>
          <w:b w:val="0"/>
          <w:sz w:val="20"/>
        </w:rPr>
        <w:t>This Agreement contains the entire understanding between the parties and supersedes all prior agreements or understandings, written or oral.</w:t>
      </w:r>
    </w:p>
    <w:p>
      <w:r>
        <w:rPr>
          <w:b w:val="0"/>
          <w:sz w:val="20"/>
        </w:rPr>
        <w:t>Any modifications must be in writing and signed by both parties.</w:t>
      </w:r>
    </w:p>
    <w:p/>
    <w:p>
      <w:r>
        <w:rPr>
          <w:b/>
          <w:sz w:val="20"/>
        </w:rPr>
        <w:t>Severability:</w:t>
      </w:r>
    </w:p>
    <w:p>
      <w:r>
        <w:rPr>
          <w:b w:val="0"/>
          <w:sz w:val="20"/>
        </w:rPr>
        <w:t>If any provision of this Agreement is found to be invalid or unenforceable, the remaining provisions shall remain in full force and effect.</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https://agreementtemplate-us.com/weekly-rental-agreement/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weekly-renta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