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VEHICLE LOAN AGREEMENT</w:t>
      </w:r>
    </w:p>
    <w:p/>
    <w:p>
      <w:r>
        <w:rPr>
          <w:b/>
          <w:sz w:val="20"/>
        </w:rPr>
        <w:t>This Vehicle Loan Agreement (the "Agreement") is entered into by and between:</w:t>
      </w:r>
    </w:p>
    <w:p>
      <w:r>
        <w:rPr>
          <w:b/>
          <w:sz w:val="20"/>
        </w:rPr>
        <w:t>Lender Information:</w:t>
      </w:r>
    </w:p>
    <w:p>
      <w:r>
        <w:rPr>
          <w:b w:val="0"/>
          <w:sz w:val="20"/>
        </w:rPr>
        <w:t>Full Name: ____________________________________________________________</w:t>
      </w:r>
    </w:p>
    <w:p>
      <w:r>
        <w:rPr>
          <w:b w:val="0"/>
          <w:sz w:val="20"/>
        </w:rPr>
        <w:t>Address: ______________________________________________________________</w:t>
      </w:r>
    </w:p>
    <w:p>
      <w:r>
        <w:rPr>
          <w:b w:val="0"/>
          <w:sz w:val="20"/>
        </w:rPr>
        <w:t>Phone: ________________________________________________________________</w:t>
      </w:r>
    </w:p>
    <w:p/>
    <w:p>
      <w:r>
        <w:rPr>
          <w:b/>
          <w:sz w:val="20"/>
        </w:rPr>
        <w:t>Borrower Information:</w:t>
      </w:r>
    </w:p>
    <w:p>
      <w:r>
        <w:rPr>
          <w:b w:val="0"/>
          <w:sz w:val="20"/>
        </w:rPr>
        <w:t>Full Name: ____________________________________________________________</w:t>
      </w:r>
    </w:p>
    <w:p>
      <w:r>
        <w:rPr>
          <w:b w:val="0"/>
          <w:sz w:val="20"/>
        </w:rPr>
        <w:t>Address: ______________________________________________________________</w:t>
      </w:r>
    </w:p>
    <w:p>
      <w:r>
        <w:rPr>
          <w:b w:val="0"/>
          <w:sz w:val="20"/>
        </w:rPr>
        <w:t>Phone: ________________________________________________________________</w:t>
      </w:r>
    </w:p>
    <w:p/>
    <w:p>
      <w:r>
        <w:rPr>
          <w:b/>
          <w:sz w:val="20"/>
        </w:rPr>
        <w:t>Vehicle Description:</w:t>
      </w:r>
    </w:p>
    <w:p>
      <w:r>
        <w:rPr>
          <w:b w:val="0"/>
          <w:sz w:val="20"/>
        </w:rPr>
        <w:t>Make/Model: __________________________________________________________</w:t>
      </w:r>
    </w:p>
    <w:p>
      <w:r>
        <w:rPr>
          <w:b w:val="0"/>
          <w:sz w:val="20"/>
        </w:rPr>
        <w:t>Year: ________________________________________________________________</w:t>
      </w:r>
    </w:p>
    <w:p>
      <w:r>
        <w:rPr>
          <w:b w:val="0"/>
          <w:sz w:val="20"/>
        </w:rPr>
        <w:t>VIN (Vehicle Identification Number): ___________________________________</w:t>
      </w:r>
    </w:p>
    <w:p>
      <w:r>
        <w:rPr>
          <w:b w:val="0"/>
          <w:sz w:val="20"/>
        </w:rPr>
        <w:t>License Plate Number: _________________________________________________</w:t>
      </w:r>
    </w:p>
    <w:p>
      <w:r>
        <w:rPr>
          <w:b w:val="0"/>
          <w:sz w:val="20"/>
        </w:rPr>
        <w:t>Odometer Reading (at time of loan): ____________________________________</w:t>
      </w:r>
    </w:p>
    <w:p/>
    <w:p>
      <w:r>
        <w:rPr>
          <w:b/>
          <w:sz w:val="20"/>
        </w:rPr>
        <w:t>Loan Terms:</w:t>
      </w:r>
    </w:p>
    <w:p>
      <w:r>
        <w:rPr>
          <w:b w:val="0"/>
          <w:sz w:val="20"/>
        </w:rPr>
        <w:t>Loan Amount: __________________________  USD</w:t>
      </w:r>
    </w:p>
    <w:p>
      <w:r>
        <w:rPr>
          <w:b w:val="0"/>
          <w:sz w:val="20"/>
        </w:rPr>
        <w:t>Interest Rate (per annum): ______________  %</w:t>
      </w:r>
    </w:p>
    <w:p>
      <w:r>
        <w:rPr>
          <w:b w:val="0"/>
          <w:sz w:val="20"/>
        </w:rPr>
        <w:t>Loan Term: _____________________________  months</w:t>
      </w:r>
    </w:p>
    <w:p>
      <w:r>
        <w:rPr>
          <w:b w:val="0"/>
          <w:sz w:val="20"/>
        </w:rPr>
        <w:t>Repayment Schedule: ___________________________________________________</w:t>
      </w:r>
    </w:p>
    <w:p>
      <w:r>
        <w:rPr>
          <w:b w:val="0"/>
          <w:sz w:val="20"/>
        </w:rPr>
        <w:t>Payment Method: ______________________________________________________</w:t>
      </w:r>
    </w:p>
    <w:p/>
    <w:p>
      <w:r>
        <w:rPr>
          <w:b/>
          <w:sz w:val="20"/>
        </w:rPr>
        <w:t>1. Purpose of Loan</w:t>
      </w:r>
    </w:p>
    <w:p>
      <w:r>
        <w:rPr>
          <w:b w:val="0"/>
          <w:sz w:val="20"/>
        </w:rPr>
        <w:t>The Lender hereby provides a loan to the Borrower under the terms and conditions set forth in this Agreement. The Borrower agrees to use the vehicle described above exclusively for lawful purposes and to maintain it in good condition throughout the term of the loan.</w:t>
      </w:r>
    </w:p>
    <w:p/>
    <w:p>
      <w:r>
        <w:rPr>
          <w:b/>
          <w:sz w:val="20"/>
        </w:rPr>
        <w:t>2. Delivery and Possession</w:t>
      </w:r>
    </w:p>
    <w:p>
      <w:r>
        <w:rPr>
          <w:b w:val="0"/>
          <w:sz w:val="20"/>
        </w:rPr>
        <w:t>The Lender shall deliver possession of the vehicle to the Borrower upon execution of this Agreement. Possession shall remain with the Borrower until full repayment of the loan, subject to conditions herein.</w:t>
      </w:r>
    </w:p>
    <w:p/>
    <w:p>
      <w:r>
        <w:rPr>
          <w:b/>
          <w:sz w:val="20"/>
        </w:rPr>
        <w:t>3. Ownership and Title</w:t>
      </w:r>
    </w:p>
    <w:p>
      <w:r>
        <w:rPr>
          <w:b w:val="0"/>
          <w:sz w:val="20"/>
        </w:rPr>
        <w:t>The Lender retains legal ownership and title to the vehicle until the Borrower fulfills all payment obligations under this Agreement. The Borrower shall not sell, transfer, or encumber the vehicle without prior written consent of the Lender.</w:t>
      </w:r>
    </w:p>
    <w:p/>
    <w:p>
      <w:r>
        <w:rPr>
          <w:b/>
          <w:sz w:val="20"/>
        </w:rPr>
        <w:t>4. Maintenance and Insurance</w:t>
      </w:r>
    </w:p>
    <w:p>
      <w:r>
        <w:rPr>
          <w:b w:val="0"/>
          <w:sz w:val="20"/>
        </w:rPr>
        <w:t>The Borrower agrees to maintain the vehicle in good working order and condition during the loan term, including routine maintenance and repairs. The Borrower shall keep the vehicle insured with comprehensive coverage naming the Lender as an additional insured or loss payee. Proof of insurance shall be provided to the Lender upon request.</w:t>
      </w:r>
    </w:p>
    <w:p/>
    <w:p>
      <w:r>
        <w:rPr>
          <w:b/>
          <w:sz w:val="20"/>
        </w:rPr>
        <w:t>5. Default</w:t>
      </w:r>
    </w:p>
    <w:p>
      <w:r>
        <w:rPr>
          <w:b w:val="0"/>
          <w:sz w:val="20"/>
        </w:rPr>
        <w:t>Failure by the Borrower to make timely payments or to comply with any term of this Agreement constitutes a default. Upon default, the Lender may declare the entire unpaid balance immediately due and payable and may repossess the vehicle without further notice or legal process to the maximum extent allowed by law.</w:t>
      </w:r>
    </w:p>
    <w:p/>
    <w:p>
      <w:r>
        <w:rPr>
          <w:b/>
          <w:sz w:val="20"/>
        </w:rPr>
        <w:t>6. Borrower's Representations and Warranties</w:t>
      </w:r>
    </w:p>
    <w:p>
      <w:r>
        <w:rPr>
          <w:b w:val="0"/>
          <w:sz w:val="20"/>
        </w:rPr>
        <w:t>The Borrower represents that they have full legal capacity to enter into this Agreement and that the vehicle will be used lawfully and responsibly. The Borrower acknowledges receiving the vehicle in satisfactory condition and is responsible for all risks and liabilities from the date of possession.</w:t>
      </w:r>
    </w:p>
    <w:p/>
    <w:p>
      <w:r>
        <w:rPr>
          <w:b/>
          <w:sz w:val="20"/>
        </w:rPr>
        <w:t>7. Indemnification</w:t>
      </w:r>
    </w:p>
    <w:p>
      <w:r>
        <w:rPr>
          <w:b w:val="0"/>
          <w:sz w:val="20"/>
        </w:rPr>
        <w:t>The Borrower agrees to indemnify and hold harmless the Lender from any claims, damages, losses, or liabilities arising from the use, operation, or possession of the vehicle during the loan term.</w:t>
      </w:r>
    </w:p>
    <w:p/>
    <w:p>
      <w:r>
        <w:rPr>
          <w:b/>
          <w:sz w:val="20"/>
        </w:rPr>
        <w:t>8. Governing Law and Jurisdiction</w:t>
      </w:r>
    </w:p>
    <w:p>
      <w:r>
        <w:rPr>
          <w:b w:val="0"/>
          <w:sz w:val="20"/>
        </w:rPr>
        <w:t>This Agreement shall be governed by and construed in accordance with the laws of the State of ____________________. Any disputes arising under or in connection with this Agreement shall be subject to the exclusive jurisdiction of the courts located within said State.</w:t>
      </w:r>
    </w:p>
    <w:p/>
    <w:p>
      <w:r>
        <w:rPr>
          <w:b/>
          <w:sz w:val="20"/>
        </w:rPr>
        <w:t>9. Entire Agreement</w:t>
      </w:r>
    </w:p>
    <w:p>
      <w:r>
        <w:rPr>
          <w:b w:val="0"/>
          <w:sz w:val="20"/>
        </w:rPr>
        <w:t>This Agreement constitutes the entire understanding between the parties regarding the subject matter hereof and supersedes all prior agreements, negotiations, and understandings, whether written or oral.</w:t>
      </w:r>
    </w:p>
    <w:p/>
    <w:p>
      <w:r>
        <w:rPr>
          <w:b/>
          <w:sz w:val="20"/>
        </w:rPr>
        <w:t>10. Amendments</w:t>
      </w:r>
    </w:p>
    <w:p>
      <w:r>
        <w:rPr>
          <w:b w:val="0"/>
          <w:sz w:val="20"/>
        </w:rPr>
        <w:t>No amendment or modification of this Agreement shall be valid unless made in writing and signed by both parties.</w:t>
      </w:r>
    </w:p>
    <w:p/>
    <w:p>
      <w:r>
        <w:rPr>
          <w:b/>
          <w:sz w:val="20"/>
        </w:rPr>
        <w:t>11. Notices</w:t>
      </w:r>
    </w:p>
    <w:p>
      <w:r>
        <w:rPr>
          <w:b w:val="0"/>
          <w:sz w:val="20"/>
        </w:rPr>
        <w:t>Any notice, request, demand, or other communication required or permitted under this Agreement shall be in writing and delivered personally, sent by certified mail, or by other reliable means to the addresses specified above.</w:t>
      </w:r>
    </w:p>
    <w:p/>
    <w:p>
      <w:r>
        <w:rPr>
          <w:b/>
          <w:sz w:val="20"/>
        </w:rPr>
        <w:t>12. Severability</w:t>
      </w:r>
    </w:p>
    <w:p>
      <w:r>
        <w:rPr>
          <w:b w:val="0"/>
          <w:sz w:val="20"/>
        </w:rPr>
        <w:t>If any provision of this Agreement is found to be invalid or unenforceable, the remainder of this Agreement shall remain in full force and effect.</w:t>
      </w:r>
    </w:p>
    <w:p/>
    <w:p>
      <w:r>
        <w:rPr>
          <w:b/>
          <w:sz w:val="20"/>
        </w:rPr>
        <w:t>13. Waiver</w:t>
      </w:r>
    </w:p>
    <w:p>
      <w:r>
        <w:rPr>
          <w:b w:val="0"/>
          <w:sz w:val="20"/>
        </w:rPr>
        <w:t>No failure or delay by either party in exercising any right, power, or privilege under this Agreement shall operate as a waiver thereof.</w:t>
      </w:r>
    </w:p>
    <w:p/>
    <w:p/>
    <w:p>
      <w:r>
        <w:rPr>
          <w:b w:val="0"/>
          <w:sz w:val="20"/>
        </w:rPr>
        <w:t>Place of signature: 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LENDER</w:t>
            </w:r>
          </w:p>
        </w:tc>
        <w:tc>
          <w:tcPr>
            <w:tcW w:type="dxa" w:w="4986"/>
            <w:tcBorders>
              <w:top w:val="nil"/>
              <w:left w:val="nil"/>
              <w:bottom w:val="nil"/>
              <w:right w:val="nil"/>
              <w:insideH w:val="nil"/>
              <w:insideV w:val="nil"/>
            </w:tcBorders>
          </w:tcPr>
          <w:p>
            <w:pPr>
              <w:jc w:val="center"/>
            </w:pPr>
            <w:r>
              <w:t>BORROWER</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https://agreementtemplate-us.com/vehicle-loan-agreement/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https://agreementtemplate-us.com</w:t>
        </w:r>
      </w:hyperlink>
    </w:p>
    <w:p>
      <w:pPr>
        <w:jc w:val="center"/>
      </w:pPr>
      <w:r>
        <w:rPr>
          <w:color w:val="808080"/>
          <w:sz w:val="20"/>
        </w:rPr>
        <w:t>This template is intended exclusively for personal, non-commercial use.</w:t>
        <w:br/>
        <w:t>If distributed or published, the source must be mentioned. © agreementtemplate-us.com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agreementtemplate-us.com/vehicle-loan-agreement/" TargetMode="External"/><Relationship Id="rId10" Type="http://schemas.openxmlformats.org/officeDocument/2006/relationships/hyperlink" Target="https://agreementtemplate-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