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UNPAID VOLUNTEER AGREEMENT</w:t>
      </w:r>
    </w:p>
    <w:p/>
    <w:p>
      <w:r>
        <w:rPr>
          <w:b w:val="0"/>
          <w:sz w:val="20"/>
        </w:rPr>
        <w:t>This Unpaid Volunteer Agreement ("Agreement") is entered into between the Organization and the Volunteer as set forth below. The Volunteer agrees to provide services to the Organization without compensation, subject to the terms and conditions established herein.</w:t>
      </w:r>
    </w:p>
    <w:p/>
    <w:p/>
    <w:p>
      <w:r>
        <w:rPr>
          <w:b/>
          <w:sz w:val="20"/>
        </w:rPr>
        <w:t>Organization Information:</w:t>
      </w:r>
    </w:p>
    <w:p>
      <w:r>
        <w:rPr>
          <w:b w:val="0"/>
          <w:sz w:val="20"/>
        </w:rPr>
        <w:t>Organization Name: ___________________________________________________</w:t>
      </w:r>
    </w:p>
    <w:p>
      <w:r>
        <w:rPr>
          <w:b w:val="0"/>
          <w:sz w:val="20"/>
        </w:rPr>
        <w:t>Address: ______________________________________________________________</w:t>
      </w:r>
    </w:p>
    <w:p>
      <w:r>
        <w:rPr>
          <w:b w:val="0"/>
          <w:sz w:val="20"/>
        </w:rPr>
        <w:t>Contact Person: _______________________________________________________</w:t>
      </w:r>
    </w:p>
    <w:p>
      <w:r>
        <w:rPr>
          <w:b w:val="0"/>
          <w:sz w:val="20"/>
        </w:rPr>
        <w:t>Phone Number: ________________________________________________________</w:t>
      </w:r>
    </w:p>
    <w:p>
      <w:r>
        <w:rPr>
          <w:b w:val="0"/>
          <w:sz w:val="20"/>
        </w:rPr>
        <w:t>Email: ________________________________________________________________</w:t>
      </w:r>
    </w:p>
    <w:p/>
    <w:p>
      <w:r>
        <w:rPr>
          <w:b/>
          <w:sz w:val="20"/>
        </w:rPr>
        <w:t>Volunteer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Organization is a nonprofit entity conducting activities for charitable, educational, or community purposes;</w:t>
      </w:r>
    </w:p>
    <w:p>
      <w:r>
        <w:rPr>
          <w:b w:val="0"/>
          <w:sz w:val="20"/>
        </w:rPr>
        <w:t>WHEREAS, the Volunteer desires to provide voluntary services to the Organization without expectation or receipt of compensation;</w:t>
      </w:r>
    </w:p>
    <w:p>
      <w:r>
        <w:rPr>
          <w:b w:val="0"/>
          <w:sz w:val="20"/>
        </w:rPr>
        <w:t>NOW, THEREFORE, in consideration of the mutual promises herein, the parties agree as follows:</w:t>
      </w:r>
    </w:p>
    <w:p/>
    <w:p>
      <w:r>
        <w:rPr>
          <w:b/>
          <w:sz w:val="20"/>
        </w:rPr>
        <w:t>1. VOLUNTEER SERVICES</w:t>
      </w:r>
    </w:p>
    <w:p>
      <w:r>
        <w:rPr>
          <w:b w:val="0"/>
          <w:sz w:val="20"/>
        </w:rPr>
        <w:t>The Volunteer agrees to perform the following services: ___________________________________________________________________________</w:t>
      </w:r>
    </w:p>
    <w:p>
      <w:r>
        <w:rPr>
          <w:b w:val="0"/>
          <w:sz w:val="20"/>
        </w:rPr>
        <w:t>The Volunteer shall perform these services at the direction of the Organization’s authorized representatives and in accordance with the Organization’s guidelines and policies.</w:t>
      </w:r>
    </w:p>
    <w:p/>
    <w:p>
      <w:r>
        <w:rPr>
          <w:b/>
          <w:sz w:val="20"/>
        </w:rPr>
        <w:t>2. TERM</w:t>
      </w:r>
    </w:p>
    <w:p>
      <w:r>
        <w:rPr>
          <w:b w:val="0"/>
          <w:sz w:val="20"/>
        </w:rPr>
        <w:t>This Agreement shall commence upon execution by both parties and continue until terminated by either party upon written notice.</w:t>
      </w:r>
    </w:p>
    <w:p/>
    <w:p>
      <w:r>
        <w:rPr>
          <w:b/>
          <w:sz w:val="20"/>
        </w:rPr>
        <w:t>3. NO COMPENSATION</w:t>
      </w:r>
    </w:p>
    <w:p>
      <w:r>
        <w:rPr>
          <w:b w:val="0"/>
          <w:sz w:val="20"/>
        </w:rPr>
        <w:t>The Volunteer acknowledges and agrees that no salary, wages, or other compensation will be provided for services rendered under this Agreement. The Volunteer is not an employee or independent contractor of the Organization.</w:t>
      </w:r>
    </w:p>
    <w:p/>
    <w:p>
      <w:r>
        <w:rPr>
          <w:b/>
          <w:sz w:val="20"/>
        </w:rPr>
        <w:t>4. EXPENSES</w:t>
      </w:r>
    </w:p>
    <w:p>
      <w:r>
        <w:rPr>
          <w:b w:val="0"/>
          <w:sz w:val="20"/>
        </w:rPr>
        <w:t>The Organization is not obligated to reimburse the Volunteer for any expenses incurred in performing services under this Agreement unless otherwise agreed in writing.</w:t>
      </w:r>
    </w:p>
    <w:p/>
    <w:p>
      <w:r>
        <w:rPr>
          <w:b/>
          <w:sz w:val="20"/>
        </w:rPr>
        <w:t>5. VOLUNTEER STATUS AND BENEFITS</w:t>
      </w:r>
    </w:p>
    <w:p>
      <w:r>
        <w:rPr>
          <w:b w:val="0"/>
          <w:sz w:val="20"/>
        </w:rPr>
        <w:t>The Volunteer understands that participation is voluntary and that the Volunteer is not entitled to any benefits provided by the Organization to its employees, including but not limited to health insurance, retirement plans, or workers’ compensation, except as required by law.</w:t>
      </w:r>
    </w:p>
    <w:p/>
    <w:p>
      <w:r>
        <w:rPr>
          <w:b/>
          <w:sz w:val="20"/>
        </w:rPr>
        <w:t>6. CONFIDENTIALITY</w:t>
      </w:r>
    </w:p>
    <w:p>
      <w:r>
        <w:rPr>
          <w:b w:val="0"/>
          <w:sz w:val="20"/>
        </w:rPr>
        <w:t>The Volunteer agrees to maintain the confidentiality of all proprietary, confidential, or sensitive information obtained during the course of volunteering. This obligation shall continue during and after the termination of this Agreement.</w:t>
      </w:r>
    </w:p>
    <w:p/>
    <w:p>
      <w:r>
        <w:rPr>
          <w:b/>
          <w:sz w:val="20"/>
        </w:rPr>
        <w:t>7. VOLUNTEER CONDUCT</w:t>
      </w:r>
    </w:p>
    <w:p>
      <w:r>
        <w:rPr>
          <w:b w:val="0"/>
          <w:sz w:val="20"/>
        </w:rPr>
        <w:t>The Volunteer agrees to comply with all applicable laws, regulations, and Organization policies while performing services. The Volunteer shall conduct themselves in a professional, respectful, and ethical manner at all times.</w:t>
      </w:r>
    </w:p>
    <w:p/>
    <w:p>
      <w:r>
        <w:rPr>
          <w:b/>
          <w:sz w:val="20"/>
        </w:rPr>
        <w:t>8. SAFETY AND LIABILITY</w:t>
      </w:r>
    </w:p>
    <w:p>
      <w:r>
        <w:rPr>
          <w:b w:val="0"/>
          <w:sz w:val="20"/>
        </w:rPr>
        <w:t>The Volunteer acknowledges and assumes all risks associated with performing volunteer services. The Volunteer releases and holds harmless the Organization, its officers, directors, employees, and agents from any claims, demands, or causes of action arising out of or related to the Volunteer’s participation, except to the extent of the Organization’s gross negligence or willful misconduct.</w:t>
      </w:r>
    </w:p>
    <w:p/>
    <w:p>
      <w:r>
        <w:rPr>
          <w:b/>
          <w:sz w:val="20"/>
        </w:rPr>
        <w:t>9. INSURANCE</w:t>
      </w:r>
    </w:p>
    <w:p>
      <w:r>
        <w:rPr>
          <w:b w:val="0"/>
          <w:sz w:val="20"/>
        </w:rPr>
        <w:t>The Organization may provide limited insurance coverage for Volunteers as required by law. The Volunteer is encouraged to maintain their own health and accident insurance coverage.</w:t>
      </w:r>
    </w:p>
    <w:p/>
    <w:p>
      <w:r>
        <w:rPr>
          <w:b/>
          <w:sz w:val="20"/>
        </w:rPr>
        <w:t>10. TERMINATION</w:t>
      </w:r>
    </w:p>
    <w:p>
      <w:r>
        <w:rPr>
          <w:b w:val="0"/>
          <w:sz w:val="20"/>
        </w:rPr>
        <w:t>Either party may terminate this Agreement at any time, with or without cause, by providing written notice to the other party. Upon termination, the Volunteer shall promptly return all Organization property and confidential information.</w:t>
      </w:r>
    </w:p>
    <w:p/>
    <w:p>
      <w:r>
        <w:rPr>
          <w:b/>
          <w:sz w:val="20"/>
        </w:rPr>
        <w:t>11. GOVERNING LAW</w:t>
      </w:r>
    </w:p>
    <w:p>
      <w:r>
        <w:rPr>
          <w:b w:val="0"/>
          <w:sz w:val="20"/>
        </w:rPr>
        <w:t>This Agreement shall be governed by and construed in accordance with the laws of the United States of America and the applicable state law of the Organization’s principal place of business.</w:t>
      </w:r>
    </w:p>
    <w:p/>
    <w:p>
      <w:r>
        <w:rPr>
          <w:b/>
          <w:sz w:val="20"/>
        </w:rPr>
        <w:t>12. ENTIRE AGREEMENT</w:t>
      </w:r>
    </w:p>
    <w:p>
      <w:r>
        <w:rPr>
          <w:b w:val="0"/>
          <w:sz w:val="20"/>
        </w:rPr>
        <w:t>This Agreement constitutes the entire understanding between the parties with respect to the Volunteer’s services and supersedes all prior agreements, understandings, or representations, whether oral or written.</w:t>
      </w:r>
    </w:p>
    <w:p/>
    <w:p>
      <w:r>
        <w:rPr>
          <w:b/>
          <w:sz w:val="20"/>
        </w:rPr>
        <w:t>13. AMENDMENTS</w:t>
      </w:r>
    </w:p>
    <w:p>
      <w:r>
        <w:rPr>
          <w:b w:val="0"/>
          <w:sz w:val="20"/>
        </w:rPr>
        <w:t>Any amendments or modifications to this Agreement must be in writing and signed by both parties.</w:t>
      </w:r>
    </w:p>
    <w:p/>
    <w:p>
      <w:r>
        <w:rPr>
          <w:b/>
          <w:sz w:val="20"/>
        </w:rPr>
        <w:t>14. SEVERABILITY</w:t>
      </w:r>
    </w:p>
    <w:p>
      <w:r>
        <w:rPr>
          <w:b w:val="0"/>
          <w:sz w:val="20"/>
        </w:rPr>
        <w:t>If any provision of this Agreement is found to be invalid or unenforceable, the remaining provisions shall continue in full force and effect.</w:t>
      </w:r>
    </w:p>
    <w:p/>
    <w:p/>
    <w:p>
      <w:r>
        <w:rPr>
          <w:b/>
          <w:sz w:val="20"/>
        </w:rPr>
        <w:t>ACKNOWLEDGMENT</w:t>
      </w:r>
    </w:p>
    <w:p>
      <w:r>
        <w:rPr>
          <w:b w:val="0"/>
          <w:sz w:val="20"/>
        </w:rPr>
        <w:t>The Volunteer acknowledges that they have read and understood this Agreement, and voluntarily agree to its terms and conditions.</w:t>
      </w:r>
    </w:p>
    <w:p/>
    <w:p/>
    <w:p>
      <w:r>
        <w:rPr>
          <w:b w:val="0"/>
          <w:sz w:val="20"/>
        </w:rPr>
        <w:t>Place of signature: _________________________________________________</w:t>
      </w:r>
    </w:p>
    <w:p>
      <w:r>
        <w:rPr>
          <w:b w:val="0"/>
          <w:sz w:val="20"/>
        </w:rPr>
        <w:t>Date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ORGANIZATION REPRESENTATIVE</w:t>
            </w:r>
          </w:p>
        </w:tc>
        <w:tc>
          <w:tcPr>
            <w:tcW w:type="dxa" w:w="4986"/>
            <w:tcBorders>
              <w:top w:val="nil"/>
              <w:left w:val="nil"/>
              <w:bottom w:val="nil"/>
              <w:right w:val="nil"/>
              <w:insideH w:val="nil"/>
              <w:insideV w:val="nil"/>
            </w:tcBorders>
          </w:tcPr>
          <w:p>
            <w:pPr>
              <w:jc w:val="center"/>
            </w:pPr>
            <w:r>
              <w:t>VOLUNTEER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https://agreementtemplate-us.com/unpaid-volunteer-agreement/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unpaid-volunteer-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