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TERMINATION OF LEASE AGREEMENT BY TENANT</w:t>
      </w:r>
    </w:p>
    <w:p/>
    <w:p>
      <w:r>
        <w:rPr>
          <w:b/>
          <w:sz w:val="20"/>
        </w:rPr>
        <w:t>Tenant Information:</w:t>
      </w:r>
    </w:p>
    <w:p>
      <w:r>
        <w:rPr>
          <w:b w:val="0"/>
          <w:sz w:val="20"/>
        </w:rPr>
        <w:t>Full Name: ____________________________________________________________</w:t>
      </w:r>
    </w:p>
    <w:p>
      <w:r>
        <w:rPr>
          <w:b w:val="0"/>
          <w:sz w:val="20"/>
        </w:rPr>
        <w:t>Address of Leased Premises: ___________________________________________</w:t>
      </w:r>
    </w:p>
    <w:p>
      <w:r>
        <w:rPr>
          <w:b w:val="0"/>
          <w:sz w:val="20"/>
        </w:rPr>
        <w:t>Contact Phone: ________________________________________________________</w:t>
      </w:r>
    </w:p>
    <w:p>
      <w:r>
        <w:rPr>
          <w:b w:val="0"/>
          <w:sz w:val="20"/>
        </w:rPr>
        <w:t>Email Address: ________________________________________________________</w:t>
      </w:r>
    </w:p>
    <w:p/>
    <w:p>
      <w:r>
        <w:rPr>
          <w:b/>
          <w:sz w:val="20"/>
        </w:rPr>
        <w:t>Landlord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Contact Phone: ________________________________________________________</w:t>
      </w:r>
    </w:p>
    <w:p>
      <w:r>
        <w:rPr>
          <w:b w:val="0"/>
          <w:sz w:val="20"/>
        </w:rPr>
        <w:t>Email Address: ________________________________________________________</w:t>
      </w:r>
    </w:p>
    <w:p/>
    <w:p>
      <w:r>
        <w:rPr>
          <w:b/>
          <w:sz w:val="20"/>
        </w:rPr>
        <w:t>Lease Details:</w:t>
      </w:r>
    </w:p>
    <w:p>
      <w:r>
        <w:rPr>
          <w:b w:val="0"/>
          <w:sz w:val="20"/>
        </w:rPr>
        <w:t>Lease Agreement Date: _________________________________________________</w:t>
      </w:r>
    </w:p>
    <w:p>
      <w:r>
        <w:rPr>
          <w:b w:val="0"/>
          <w:sz w:val="20"/>
        </w:rPr>
        <w:t>Start Date of Lease: _________________________________________________</w:t>
      </w:r>
    </w:p>
    <w:p>
      <w:r>
        <w:rPr>
          <w:b w:val="0"/>
          <w:sz w:val="20"/>
        </w:rPr>
        <w:t>Address of Leased Premises: ___________________________________________</w:t>
      </w:r>
    </w:p>
    <w:p>
      <w:r>
        <w:rPr>
          <w:b w:val="0"/>
          <w:sz w:val="20"/>
        </w:rPr>
        <w:t>Lease Term: ___________________________________________________________</w:t>
      </w:r>
    </w:p>
    <w:p/>
    <w:p>
      <w:r>
        <w:rPr>
          <w:b/>
          <w:sz w:val="20"/>
        </w:rPr>
        <w:t>Termination Notice:</w:t>
      </w:r>
    </w:p>
    <w:p>
      <w:r>
        <w:rPr>
          <w:b w:val="0"/>
          <w:sz w:val="20"/>
        </w:rPr>
        <w:t>I, the undersigned Tenant, hereby provide written notice of my intent to terminate the Lease Agreement for the premises described above. This notice is given in accordance with the terms set forth in the Lease Agreement and applicable laws of the United States.</w:t>
      </w:r>
    </w:p>
    <w:p/>
    <w:p>
      <w:r>
        <w:rPr>
          <w:b w:val="0"/>
          <w:sz w:val="20"/>
        </w:rPr>
        <w:t>The termination shall be effective as of the date specified below, and I agree to vacate the premises by that date, returning possession to the Landlord in accordance with the Lease Agreement.</w:t>
      </w:r>
    </w:p>
    <w:p/>
    <w:p>
      <w:r>
        <w:rPr>
          <w:b/>
          <w:sz w:val="20"/>
        </w:rPr>
        <w:t>Tenant Obligations Upon Termination:</w:t>
      </w:r>
    </w:p>
    <w:p>
      <w:r>
        <w:rPr>
          <w:b w:val="0"/>
          <w:sz w:val="20"/>
        </w:rPr>
        <w:t>- Tenant shall remove all personal property and leave the premises in a clean and undamaged condition, reasonable wear and tear excepted.</w:t>
      </w:r>
    </w:p>
    <w:p>
      <w:r>
        <w:rPr>
          <w:b w:val="0"/>
          <w:sz w:val="20"/>
        </w:rPr>
        <w:t>- Tenant shall return all keys and any access devices to the Landlord by the termination date.</w:t>
      </w:r>
    </w:p>
    <w:p>
      <w:r>
        <w:rPr>
          <w:b w:val="0"/>
          <w:sz w:val="20"/>
        </w:rPr>
        <w:t>- Tenant shall pay all rent and any other charges due under the Lease Agreement up to and including the termination date.</w:t>
      </w:r>
    </w:p>
    <w:p>
      <w:r>
        <w:rPr>
          <w:b w:val="0"/>
          <w:sz w:val="20"/>
        </w:rPr>
        <w:t>- Tenant shall provide a forwarding address for the return of any security deposit, subject to lawful deductions.</w:t>
      </w:r>
    </w:p>
    <w:p/>
    <w:p>
      <w:r>
        <w:rPr>
          <w:b/>
          <w:sz w:val="20"/>
        </w:rPr>
        <w:t>Landlord Rights and Acknowledgments:</w:t>
      </w:r>
    </w:p>
    <w:p>
      <w:r>
        <w:rPr>
          <w:b w:val="0"/>
          <w:sz w:val="20"/>
        </w:rPr>
        <w:t>- Landlord reserves the right to inspect the premises upon Tenant’s vacating to assess damages beyond normal wear and tear.</w:t>
      </w:r>
    </w:p>
    <w:p>
      <w:r>
        <w:rPr>
          <w:b w:val="0"/>
          <w:sz w:val="20"/>
        </w:rPr>
        <w:t>- Landlord may apply lawful deductions from the security deposit to cover unpaid rent, damages, or other charges as permitted by law.</w:t>
      </w:r>
    </w:p>
    <w:p>
      <w:r>
        <w:rPr>
          <w:b w:val="0"/>
          <w:sz w:val="20"/>
        </w:rPr>
        <w:t>- Landlord acknowledges receipt of this termination notice and agrees to coordinate the final inspection and return of the security deposit in accordance with applicable laws.</w:t>
      </w:r>
    </w:p>
    <w:p/>
    <w:p>
      <w:r>
        <w:rPr>
          <w:b/>
          <w:sz w:val="20"/>
        </w:rPr>
        <w:t>General Provisions:</w:t>
      </w:r>
    </w:p>
    <w:p>
      <w:r>
        <w:rPr>
          <w:b w:val="0"/>
          <w:sz w:val="20"/>
        </w:rPr>
        <w:t>- This Termination Notice constitutes a final agreement regarding the termination of the Lease Agreement and supersedes any prior oral or written agreements on this matter.</w:t>
      </w:r>
    </w:p>
    <w:p>
      <w:r>
        <w:rPr>
          <w:b w:val="0"/>
          <w:sz w:val="20"/>
        </w:rPr>
        <w:t>- Any disputes arising out of this Termination Notice or the Lease Agreement shall be governed by the laws of the state in which the leased premises are located.</w:t>
      </w:r>
    </w:p>
    <w:p>
      <w:r>
        <w:rPr>
          <w:b w:val="0"/>
          <w:sz w:val="20"/>
        </w:rPr>
        <w:t>- The parties agree to act in good faith to fulfill all obligations under this Termination Notice.</w:t>
      </w:r>
    </w:p>
    <w:p/>
    <w:p>
      <w:r>
        <w:rPr>
          <w:b/>
          <w:sz w:val="20"/>
        </w:rPr>
        <w:t>Indemnification:</w:t>
      </w:r>
    </w:p>
    <w:p>
      <w:r>
        <w:rPr>
          <w:b w:val="0"/>
          <w:sz w:val="20"/>
        </w:rPr>
        <w:t>Tenant agrees to indemnify and hold Landlord harmless from any claims, damages, or liabilities arising from Tenant's failure to comply with the terms of this Termination Notice or the Lease Agreement.</w:t>
      </w:r>
    </w:p>
    <w:p/>
    <w:p>
      <w:r>
        <w:rPr>
          <w:b/>
          <w:sz w:val="20"/>
        </w:rPr>
        <w:t>Signatures:</w:t>
      </w:r>
    </w:p>
    <w:p/>
    <w:p>
      <w:r>
        <w:rPr>
          <w:b w:val="0"/>
          <w:sz w:val="20"/>
        </w:rPr>
        <w:t>Place of Signing: ________________________________________________</w:t>
      </w:r>
    </w:p>
    <w:p>
      <w:r>
        <w:rPr>
          <w:b w:val="0"/>
          <w:sz w:val="20"/>
        </w:rPr>
        <w:t>Date of Signing: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TENANT</w:t>
            </w:r>
          </w:p>
        </w:tc>
        <w:tc>
          <w:tcPr>
            <w:tcW w:type="dxa" w:w="4986"/>
            <w:tcBorders>
              <w:top w:val="nil"/>
              <w:left w:val="nil"/>
              <w:bottom w:val="nil"/>
              <w:right w:val="nil"/>
              <w:insideH w:val="nil"/>
              <w:insideV w:val="nil"/>
            </w:tcBorders>
          </w:tcPr>
          <w:p>
            <w:pPr>
              <w:jc w:val="center"/>
            </w:pPr>
            <w:r>
              <w:t>LANDLORD</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Printed Name: _____________________________</w:t>
            </w:r>
          </w:p>
        </w:tc>
        <w:tc>
          <w:tcPr>
            <w:tcW w:type="dxa" w:w="4986"/>
            <w:tcBorders>
              <w:top w:val="nil"/>
              <w:left w:val="nil"/>
              <w:bottom w:val="nil"/>
              <w:right w:val="nil"/>
              <w:insideH w:val="nil"/>
              <w:insideV w:val="nil"/>
            </w:tcBorders>
          </w:tcPr>
          <w:p>
            <w:pPr>
              <w:jc w:val="center"/>
            </w:pPr>
            <w:r>
              <w:t>Printed Name: 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https://agreementtemplate-us.com/termination-of-lease-agreement-by-tenant/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termination-of-lease-agreement-by-tena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