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SOLE PROPRIETOR OPERATING AGREEMENT</w:t>
      </w:r>
    </w:p>
    <w:p/>
    <w:p>
      <w:r>
        <w:rPr>
          <w:b w:val="0"/>
          <w:sz w:val="20"/>
        </w:rPr>
        <w:t>This Sole Proprietor Operating Agreement (the "Agreement") is entered into by and between the undersigned sole proprietor (the "Owner") for the purpose of establishing the terms and conditions governing the operation of the sole proprietorship business (the "Business").</w:t>
      </w:r>
    </w:p>
    <w:p/>
    <w:p>
      <w:r>
        <w:rPr>
          <w:b/>
          <w:sz w:val="20"/>
        </w:rPr>
        <w:t>1. Business Name and Location</w:t>
      </w:r>
    </w:p>
    <w:p>
      <w:r>
        <w:rPr>
          <w:b w:val="0"/>
          <w:sz w:val="20"/>
        </w:rPr>
        <w:t>The Business shall operate under the name: _____________________________________________________.</w:t>
      </w:r>
    </w:p>
    <w:p>
      <w:r>
        <w:rPr>
          <w:b w:val="0"/>
          <w:sz w:val="20"/>
        </w:rPr>
        <w:t>The principal place of business shall be located at: _________________________________________________.</w:t>
      </w:r>
    </w:p>
    <w:p/>
    <w:p>
      <w:r>
        <w:rPr>
          <w:b/>
          <w:sz w:val="20"/>
        </w:rPr>
        <w:t>2. Purpose of the Business</w:t>
      </w:r>
    </w:p>
    <w:p>
      <w:r>
        <w:rPr>
          <w:b w:val="0"/>
          <w:sz w:val="20"/>
        </w:rPr>
        <w:t>The purpose of the Business is to engage in the following activities: _________________________________.</w:t>
      </w:r>
    </w:p>
    <w:p>
      <w:r>
        <w:rPr>
          <w:b w:val="0"/>
          <w:sz w:val="20"/>
        </w:rPr>
        <w:t>_______________________________________________________________________________________________.</w:t>
      </w:r>
    </w:p>
    <w:p/>
    <w:p>
      <w:r>
        <w:rPr>
          <w:b/>
          <w:sz w:val="20"/>
        </w:rPr>
        <w:t>3. Ownership</w:t>
      </w:r>
    </w:p>
    <w:p>
      <w:r>
        <w:rPr>
          <w:b w:val="0"/>
          <w:sz w:val="20"/>
        </w:rPr>
        <w:t>The Business is owned solely by the Owner whose name and contact information are set forth below:</w:t>
      </w:r>
    </w:p>
    <w:p>
      <w:r>
        <w:rPr>
          <w:b w:val="0"/>
          <w:sz w:val="20"/>
        </w:rPr>
        <w:t>Full Name: __________________________________________________________________________________</w:t>
      </w:r>
    </w:p>
    <w:p>
      <w:r>
        <w:rPr>
          <w:b w:val="0"/>
          <w:sz w:val="20"/>
        </w:rPr>
        <w:t>Address: _____________________________________________________________________________________</w:t>
      </w:r>
    </w:p>
    <w:p>
      <w:r>
        <w:rPr>
          <w:b w:val="0"/>
          <w:sz w:val="20"/>
        </w:rPr>
        <w:t>Phone: _______________________________________________________________________________________</w:t>
      </w:r>
    </w:p>
    <w:p>
      <w:r>
        <w:rPr>
          <w:b w:val="0"/>
          <w:sz w:val="20"/>
        </w:rPr>
        <w:t>Email: _______________________________________________________________________________________</w:t>
      </w:r>
    </w:p>
    <w:p/>
    <w:p>
      <w:r>
        <w:rPr>
          <w:b/>
          <w:sz w:val="20"/>
        </w:rPr>
        <w:t>4. Capital Contributions</w:t>
      </w:r>
    </w:p>
    <w:p>
      <w:r>
        <w:rPr>
          <w:b w:val="0"/>
          <w:sz w:val="20"/>
        </w:rPr>
        <w:t>The Owner has contributed the following capital to the Business:</w:t>
      </w:r>
    </w:p>
    <w:p>
      <w:r>
        <w:rPr>
          <w:b w:val="0"/>
          <w:sz w:val="20"/>
        </w:rPr>
        <w:t>Description of contribution(s): ________________________________________________________________</w:t>
      </w:r>
    </w:p>
    <w:p>
      <w:r>
        <w:rPr>
          <w:b w:val="0"/>
          <w:sz w:val="20"/>
        </w:rPr>
        <w:t>Value of contribution(s): ____________________________________________________________________</w:t>
      </w:r>
    </w:p>
    <w:p>
      <w:r>
        <w:rPr>
          <w:b w:val="0"/>
          <w:sz w:val="20"/>
        </w:rPr>
        <w:t>Additional contributions may be made at the Owner's sole discretion.</w:t>
      </w:r>
    </w:p>
    <w:p/>
    <w:p>
      <w:r>
        <w:rPr>
          <w:b/>
          <w:sz w:val="20"/>
        </w:rPr>
        <w:t>5. Management and Control</w:t>
      </w:r>
    </w:p>
    <w:p>
      <w:r>
        <w:rPr>
          <w:b w:val="0"/>
          <w:sz w:val="20"/>
        </w:rPr>
        <w:t>The Owner shall have full authority and responsibility for managing and controlling the Business, including but not limited to decision making, operations, hiring, and contracts.</w:t>
      </w:r>
    </w:p>
    <w:p>
      <w:r>
        <w:rPr>
          <w:b w:val="0"/>
          <w:sz w:val="20"/>
        </w:rPr>
        <w:t>The Owner may appoint agents or employees as deemed necessary to operate the Business effectively.</w:t>
      </w:r>
    </w:p>
    <w:p/>
    <w:p>
      <w:r>
        <w:rPr>
          <w:b/>
          <w:sz w:val="20"/>
        </w:rPr>
        <w:t>6. Financial Matters</w:t>
      </w:r>
    </w:p>
    <w:p>
      <w:r>
        <w:rPr>
          <w:b w:val="0"/>
          <w:sz w:val="20"/>
        </w:rPr>
        <w:t>a) Accounting Records: The Owner shall maintain accurate and complete financial records of the Business.</w:t>
      </w:r>
    </w:p>
    <w:p>
      <w:r>
        <w:rPr>
          <w:b w:val="0"/>
          <w:sz w:val="20"/>
        </w:rPr>
        <w:t>b) Bank Accounts: All funds of the Business shall be deposited in the Business’s bank account(s) established in the Owner's name.</w:t>
      </w:r>
    </w:p>
    <w:p>
      <w:r>
        <w:rPr>
          <w:b w:val="0"/>
          <w:sz w:val="20"/>
        </w:rPr>
        <w:t>c) Taxes: The Owner shall be responsible for all tax filings and payments arising from Business operations, including income tax, self-employment tax, and any applicable state and local taxes.</w:t>
      </w:r>
    </w:p>
    <w:p>
      <w:r>
        <w:rPr>
          <w:b w:val="0"/>
          <w:sz w:val="20"/>
        </w:rPr>
        <w:t>d) Profit and Loss: All profits and losses of the Business shall belong exclusively to the Owner.</w:t>
      </w:r>
    </w:p>
    <w:p/>
    <w:p>
      <w:r>
        <w:rPr>
          <w:b/>
          <w:sz w:val="20"/>
        </w:rPr>
        <w:t>7. Liability</w:t>
      </w:r>
    </w:p>
    <w:p>
      <w:r>
        <w:rPr>
          <w:b w:val="0"/>
          <w:sz w:val="20"/>
        </w:rPr>
        <w:t>The Owner acknowledges that as a sole proprietor, they are personally liable for all debts, obligations, and liabilities of the Business.</w:t>
      </w:r>
    </w:p>
    <w:p>
      <w:r>
        <w:rPr>
          <w:b w:val="0"/>
          <w:sz w:val="20"/>
        </w:rPr>
        <w:t>The Owner agrees to indemnify and hold harmless any third parties involved with the Business from claims arising from actions undertaken by the Owner or agents of the Business.</w:t>
      </w:r>
    </w:p>
    <w:p/>
    <w:p>
      <w:r>
        <w:rPr>
          <w:b/>
          <w:sz w:val="20"/>
        </w:rPr>
        <w:t>8. Insurance</w:t>
      </w:r>
    </w:p>
    <w:p>
      <w:r>
        <w:rPr>
          <w:b w:val="0"/>
          <w:sz w:val="20"/>
        </w:rPr>
        <w:t>The Owner may maintain insurance coverage as deemed necessary for the protection of the Business and personal assets.</w:t>
      </w:r>
    </w:p>
    <w:p>
      <w:r>
        <w:rPr>
          <w:b w:val="0"/>
          <w:sz w:val="20"/>
        </w:rPr>
        <w:t>Proof of such insurance shall be kept with the Business records.</w:t>
      </w:r>
    </w:p>
    <w:p/>
    <w:p>
      <w:r>
        <w:rPr>
          <w:b/>
          <w:sz w:val="20"/>
        </w:rPr>
        <w:t>9. Term and Termination</w:t>
      </w:r>
    </w:p>
    <w:p>
      <w:r>
        <w:rPr>
          <w:b w:val="0"/>
          <w:sz w:val="20"/>
        </w:rPr>
        <w:t>This Agreement shall commence immediately upon execution and shall continue until terminated by the Owner.</w:t>
      </w:r>
    </w:p>
    <w:p>
      <w:r>
        <w:rPr>
          <w:b w:val="0"/>
          <w:sz w:val="20"/>
        </w:rPr>
        <w:t>The Owner may terminate the Business operations at any time by providing written notice and settling all outstanding obligations.</w:t>
      </w:r>
    </w:p>
    <w:p/>
    <w:p>
      <w:r>
        <w:rPr>
          <w:b/>
          <w:sz w:val="20"/>
        </w:rPr>
        <w:t>10. Dissolution</w:t>
      </w:r>
    </w:p>
    <w:p>
      <w:r>
        <w:rPr>
          <w:b w:val="0"/>
          <w:sz w:val="20"/>
        </w:rPr>
        <w:t>Upon dissolution of the Business, the Owner shall wind up all Business affairs, pay or provide for all liabilities and obligations, and distribute any remaining assets to the Owner.</w:t>
      </w:r>
    </w:p>
    <w:p>
      <w:r>
        <w:rPr>
          <w:b w:val="0"/>
          <w:sz w:val="20"/>
        </w:rPr>
        <w:t>The Owner shall comply with all applicable laws concerning dissolution and cancellation of registrations or licenses.</w:t>
      </w:r>
    </w:p>
    <w:p/>
    <w:p>
      <w:r>
        <w:rPr>
          <w:b/>
          <w:sz w:val="20"/>
        </w:rPr>
        <w:t>11. Governing Law</w:t>
      </w:r>
    </w:p>
    <w:p>
      <w:r>
        <w:rPr>
          <w:b w:val="0"/>
          <w:sz w:val="20"/>
        </w:rPr>
        <w:t>This Agreement shall be governed by and construed in accordance with the laws of the United States and the State of ____________________________.</w:t>
      </w:r>
    </w:p>
    <w:p/>
    <w:p>
      <w:r>
        <w:rPr>
          <w:b/>
          <w:sz w:val="20"/>
        </w:rPr>
        <w:t>12. Amendment</w:t>
      </w:r>
    </w:p>
    <w:p>
      <w:r>
        <w:rPr>
          <w:b w:val="0"/>
          <w:sz w:val="20"/>
        </w:rPr>
        <w:t>This Agreement may be amended only by a written instrument signed by the Owner.</w:t>
      </w:r>
    </w:p>
    <w:p/>
    <w:p>
      <w:r>
        <w:rPr>
          <w:b/>
          <w:sz w:val="20"/>
        </w:rPr>
        <w:t>13. Entire Agreement</w:t>
      </w:r>
    </w:p>
    <w:p>
      <w:r>
        <w:rPr>
          <w:b w:val="0"/>
          <w:sz w:val="20"/>
        </w:rPr>
        <w:t>This Agreement constitutes the entire understanding between the parties and supersedes all prior agreements or understandings related to the Business.</w:t>
      </w:r>
    </w:p>
    <w:p/>
    <w:p/>
    <w:p>
      <w:r>
        <w:rPr>
          <w:b w:val="0"/>
          <w:sz w:val="20"/>
        </w:rPr>
        <w:t>IN WITNESS WHEREOF, the Owner has executed this Sole Proprietor Operating Agreement as of the date set forth below.</w:t>
      </w:r>
    </w:p>
    <w:p/>
    <w:p/>
    <w:p>
      <w:r>
        <w:rPr>
          <w:b w:val="0"/>
          <w:sz w:val="20"/>
        </w:rPr>
        <w:t>Place of signature: _________________________________________________________________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OWNER</w:t>
            </w:r>
          </w:p>
        </w:tc>
      </w:tr>
      <w:tr>
        <w:tc>
          <w:tcPr>
            <w:tcW w:type="dxa" w:w="9972"/>
            <w:tcBorders>
              <w:top w:val="nil"/>
              <w:left w:val="nil"/>
              <w:bottom w:val="nil"/>
              <w:right w:val="nil"/>
              <w:insideH w:val="nil"/>
              <w:insideV w:val="nil"/>
            </w:tcBorders>
          </w:tcPr>
          <w:p>
            <w:pPr>
              <w:jc w:val="center"/>
            </w:pPr>
            <w:r>
              <w:br/>
              <w:br/>
              <w:t>Signature: _________________________________</w:t>
            </w:r>
          </w:p>
        </w:tc>
      </w:tr>
      <w:tr>
        <w:tc>
          <w:tcPr>
            <w:tcW w:type="dxa" w:w="9972"/>
            <w:tcBorders>
              <w:top w:val="nil"/>
              <w:left w:val="nil"/>
              <w:bottom w:val="nil"/>
              <w:right w:val="nil"/>
              <w:insideH w:val="nil"/>
              <w:insideV w:val="nil"/>
            </w:tcBorders>
          </w:tcPr>
          <w:p>
            <w:pPr>
              <w:jc w:val="center"/>
            </w:pPr>
            <w:r>
              <w:t>Name: 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https://agreementtemplate-us.com/sole-proprietor-operating-agreement/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ole-proprietor-operating-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