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SINGLE MEMBER LLC OPERATING AGREEMENT</w:t>
      </w:r>
    </w:p>
    <w:p/>
    <w:p/>
    <w:p>
      <w:r>
        <w:rPr>
          <w:b w:val="0"/>
          <w:sz w:val="20"/>
        </w:rPr>
        <w:t>This Operating Agreement (the "Agreement") is made and entered into by and between the sole member named below (the "Member") as of the date this Agreement is executed.</w:t>
      </w:r>
    </w:p>
    <w:p/>
    <w:p>
      <w:r>
        <w:rPr>
          <w:b/>
          <w:sz w:val="20"/>
        </w:rPr>
        <w:t>Member Information:</w:t>
      </w:r>
    </w:p>
    <w:p>
      <w:r>
        <w:rPr>
          <w:b w:val="0"/>
          <w:sz w:val="20"/>
        </w:rPr>
        <w:t>Full Legal Name: _________________________________________________</w:t>
      </w:r>
    </w:p>
    <w:p>
      <w:r>
        <w:rPr>
          <w:b w:val="0"/>
          <w:sz w:val="20"/>
        </w:rPr>
        <w:t>Address: ________________________________________________________</w:t>
      </w:r>
    </w:p>
    <w:p>
      <w:r>
        <w:rPr>
          <w:b w:val="0"/>
          <w:sz w:val="20"/>
        </w:rPr>
        <w:t>State of Residence: ______________________________________________</w:t>
      </w:r>
    </w:p>
    <w:p/>
    <w:p>
      <w:r>
        <w:rPr>
          <w:b/>
          <w:sz w:val="20"/>
        </w:rPr>
        <w:t>1. Formation</w:t>
      </w:r>
    </w:p>
    <w:p>
      <w:r>
        <w:rPr>
          <w:b w:val="0"/>
          <w:sz w:val="20"/>
        </w:rPr>
        <w:t>The Member has formed a Limited Liability Company ("LLC") pursuant to the laws of the State of __________________________ by filing the Articles of Organization with the appropriate state authority. This Agreement governs the operations of the LLC.</w:t>
      </w:r>
    </w:p>
    <w:p/>
    <w:p>
      <w:r>
        <w:rPr>
          <w:b/>
          <w:sz w:val="20"/>
        </w:rPr>
        <w:t>2. Name</w:t>
      </w:r>
    </w:p>
    <w:p>
      <w:r>
        <w:rPr>
          <w:b w:val="0"/>
          <w:sz w:val="20"/>
        </w:rPr>
        <w:t>The name of the company shall be: ______________________________________________________________.</w:t>
      </w:r>
    </w:p>
    <w:p/>
    <w:p>
      <w:r>
        <w:rPr>
          <w:b/>
          <w:sz w:val="20"/>
        </w:rPr>
        <w:t>3. Principal Place of Business</w:t>
      </w:r>
    </w:p>
    <w:p>
      <w:r>
        <w:rPr>
          <w:b w:val="0"/>
          <w:sz w:val="20"/>
        </w:rPr>
        <w:t>The principal office and place of business of the LLC shall be located at: _________________________________.</w:t>
      </w:r>
    </w:p>
    <w:p/>
    <w:p>
      <w:r>
        <w:rPr>
          <w:b/>
          <w:sz w:val="20"/>
        </w:rPr>
        <w:t>4. Term</w:t>
      </w:r>
    </w:p>
    <w:p>
      <w:r>
        <w:rPr>
          <w:b w:val="0"/>
          <w:sz w:val="20"/>
        </w:rPr>
        <w:t>The term of the LLC shall commence on the date the Articles of Organization are filed and shall continue until dissolved in accordance with this Agreement or by operation of law.</w:t>
      </w:r>
    </w:p>
    <w:p/>
    <w:p>
      <w:r>
        <w:rPr>
          <w:b/>
          <w:sz w:val="20"/>
        </w:rPr>
        <w:t>5. Purpose</w:t>
      </w:r>
    </w:p>
    <w:p>
      <w:r>
        <w:rPr>
          <w:b w:val="0"/>
          <w:sz w:val="20"/>
        </w:rPr>
        <w:t>The purpose of the LLC is to engage in any lawful business for which a Limited Liability Company may be organized under the laws of the State of _____________________.</w:t>
      </w:r>
    </w:p>
    <w:p/>
    <w:p>
      <w:r>
        <w:rPr>
          <w:b/>
          <w:sz w:val="20"/>
        </w:rPr>
        <w:t>6. Sole Member</w:t>
      </w:r>
    </w:p>
    <w:p>
      <w:r>
        <w:rPr>
          <w:b w:val="0"/>
          <w:sz w:val="20"/>
        </w:rPr>
        <w:t>The LLC shall have one Member, as named in this Agreement, who shall own one hundred percent (100%) of the membership interests.</w:t>
      </w:r>
    </w:p>
    <w:p/>
    <w:p>
      <w:r>
        <w:rPr>
          <w:b/>
          <w:sz w:val="20"/>
        </w:rPr>
        <w:t>7. Capital Contributions</w:t>
      </w:r>
    </w:p>
    <w:p>
      <w:r>
        <w:rPr>
          <w:b w:val="0"/>
          <w:sz w:val="20"/>
        </w:rPr>
        <w:t>The Member has contributed the following capital to the LLC, receipt of which is hereby acknowledged by the LLC:</w:t>
        <w:br/>
        <w:t>__________________________________________________________________________________________</w:t>
        <w:br/>
        <w:t>The Member is not required to make any additional contributions unless agreed in writing.</w:t>
      </w:r>
    </w:p>
    <w:p/>
    <w:p>
      <w:r>
        <w:rPr>
          <w:b/>
          <w:sz w:val="20"/>
        </w:rPr>
        <w:t>8. Management</w:t>
      </w:r>
    </w:p>
    <w:p>
      <w:r>
        <w:rPr>
          <w:b w:val="0"/>
          <w:sz w:val="20"/>
        </w:rPr>
        <w:t>The LLC shall be managed solely by the Member. The Member shall have full authority to manage and control the business and affairs of the LLC, make all decisions regarding those businesses and affairs, and perform any and all other acts or activities customarily incident to the management of the LLC’s business.</w:t>
      </w:r>
    </w:p>
    <w:p/>
    <w:p>
      <w:r>
        <w:rPr>
          <w:b/>
          <w:sz w:val="20"/>
        </w:rPr>
        <w:t>9. Officers</w:t>
      </w:r>
    </w:p>
    <w:p>
      <w:r>
        <w:rPr>
          <w:b w:val="0"/>
          <w:sz w:val="20"/>
        </w:rPr>
        <w:t>The Member may appoint officers to handle day-to-day business operations. Such officers shall serve at the pleasure of the Member and have such duties and authority as delegated by the Member.</w:t>
      </w:r>
    </w:p>
    <w:p/>
    <w:p>
      <w:r>
        <w:rPr>
          <w:b/>
          <w:sz w:val="20"/>
        </w:rPr>
        <w:t>10. Fiscal Matters</w:t>
      </w:r>
    </w:p>
    <w:p>
      <w:r>
        <w:rPr>
          <w:b w:val="0"/>
          <w:sz w:val="20"/>
        </w:rPr>
        <w:t>a) Fiscal Year: The fiscal year of the LLC shall end on ______________________ each year.</w:t>
        <w:br/>
        <w:t>b) Bank Accounts: Funds of the LLC shall be deposited in the LLC’s name in one or more accounts designated by the Member.</w:t>
        <w:br/>
        <w:t>c) Accounting: The Member shall maintain complete and accurate books and records of the LLC’s operations.</w:t>
      </w:r>
    </w:p>
    <w:p/>
    <w:p>
      <w:r>
        <w:rPr>
          <w:b/>
          <w:sz w:val="20"/>
        </w:rPr>
        <w:t>11. Allocations and Distributions</w:t>
      </w:r>
    </w:p>
    <w:p>
      <w:r>
        <w:rPr>
          <w:b w:val="0"/>
          <w:sz w:val="20"/>
        </w:rPr>
        <w:t>a) Allocations: All profits and losses of the LLC shall be allocated to the Member in accordance with the Member’s interest.</w:t>
        <w:br/>
        <w:t>b) Distributions: Distributions of cash or other assets shall be made to the Member at the sole discretion of the Member.</w:t>
      </w:r>
    </w:p>
    <w:p/>
    <w:p>
      <w:r>
        <w:rPr>
          <w:b/>
          <w:sz w:val="20"/>
        </w:rPr>
        <w:t>12. Tax Treatment</w:t>
      </w:r>
    </w:p>
    <w:p>
      <w:r>
        <w:rPr>
          <w:b w:val="0"/>
          <w:sz w:val="20"/>
        </w:rPr>
        <w:t>The LLC shall be treated as a disregarded entity for federal income tax purposes unless the Member elects otherwise. All items of income, gain, loss, deduction, and credit shall be reported on the Member’s individual tax return.</w:t>
      </w:r>
    </w:p>
    <w:p/>
    <w:p>
      <w:r>
        <w:rPr>
          <w:b/>
          <w:sz w:val="20"/>
        </w:rPr>
        <w:t>13. Liability of Member</w:t>
      </w:r>
    </w:p>
    <w:p>
      <w:r>
        <w:rPr>
          <w:b w:val="0"/>
          <w:sz w:val="20"/>
        </w:rPr>
        <w:t>The Member shall not be personally liable for the debts, liabilities, or obligations of the LLC, except to the extent required by law.</w:t>
      </w:r>
    </w:p>
    <w:p/>
    <w:p>
      <w:r>
        <w:rPr>
          <w:b/>
          <w:sz w:val="20"/>
        </w:rPr>
        <w:t>14. Indemnification</w:t>
      </w:r>
    </w:p>
    <w:p>
      <w:r>
        <w:rPr>
          <w:b w:val="0"/>
          <w:sz w:val="20"/>
        </w:rPr>
        <w:t>The LLC shall indemnify the Member and any officers against any and all claims and liabilities incurred by reason of their actions on behalf of the LLC to the fullest extent permitted by law.</w:t>
      </w:r>
    </w:p>
    <w:p/>
    <w:p>
      <w:r>
        <w:rPr>
          <w:b/>
          <w:sz w:val="20"/>
        </w:rPr>
        <w:t>15. Dissolution</w:t>
      </w:r>
    </w:p>
    <w:p>
      <w:r>
        <w:rPr>
          <w:b w:val="0"/>
          <w:sz w:val="20"/>
        </w:rPr>
        <w:t>The LLC shall be dissolved upon the occurrence of any of the following:</w:t>
        <w:br/>
        <w:t>a) The decision of the Member to dissolve the LLC;</w:t>
        <w:br/>
        <w:t>b) Entry of a decree of judicial dissolution;</w:t>
        <w:br/>
        <w:t>c) Any other event causing dissolution under applicable state law.</w:t>
        <w:br/>
        <w:t>Upon dissolution, the LLC’s assets shall be liquidated and distributed in accordance with applicable law.</w:t>
      </w:r>
    </w:p>
    <w:p/>
    <w:p>
      <w:r>
        <w:rPr>
          <w:b/>
          <w:sz w:val="20"/>
        </w:rPr>
        <w:t>16. Amendments</w:t>
      </w:r>
    </w:p>
    <w:p>
      <w:r>
        <w:rPr>
          <w:b w:val="0"/>
          <w:sz w:val="20"/>
        </w:rPr>
        <w:t>This Agreement may be amended only by a written instrument signed by the Member.</w:t>
      </w:r>
    </w:p>
    <w:p/>
    <w:p>
      <w:r>
        <w:rPr>
          <w:b/>
          <w:sz w:val="20"/>
        </w:rPr>
        <w:t>17. Governing Law</w:t>
      </w:r>
    </w:p>
    <w:p>
      <w:r>
        <w:rPr>
          <w:b w:val="0"/>
          <w:sz w:val="20"/>
        </w:rPr>
        <w:t>This Agreement shall be governed by and construed in accordance with the laws of the State of ____________________, without regard to conflict of laws principles.</w:t>
      </w:r>
    </w:p>
    <w:p/>
    <w:p/>
    <w:p>
      <w:r>
        <w:rPr>
          <w:b w:val="0"/>
          <w:sz w:val="20"/>
        </w:rPr>
        <w:t>Place of Execution: _________________________________________________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MEMBER</w:t>
            </w:r>
          </w:p>
        </w:tc>
        <w:tc>
          <w:tcPr>
            <w:tcW w:type="dxa" w:w="4986"/>
            <w:tcBorders>
              <w:top w:val="nil"/>
              <w:left w:val="nil"/>
              <w:bottom w:val="nil"/>
              <w:right w:val="nil"/>
              <w:insideH w:val="nil"/>
              <w:insideV w:val="nil"/>
            </w:tcBorders>
          </w:tcPr>
          <w:p>
            <w:pPr>
              <w:jc w:val="center"/>
            </w:pPr>
            <w:r>
              <w:t>LLC</w:t>
            </w:r>
          </w:p>
        </w:tc>
      </w:tr>
      <w:tr>
        <w:tc>
          <w:tcPr>
            <w:tcW w:type="dxa" w:w="4986"/>
            <w:tcBorders>
              <w:top w:val="nil"/>
              <w:left w:val="nil"/>
              <w:bottom w:val="nil"/>
              <w:right w:val="nil"/>
              <w:insideH w:val="nil"/>
              <w:insideV w:val="nil"/>
            </w:tcBorders>
          </w:tcPr>
          <w:p>
            <w:pPr>
              <w:jc w:val="center"/>
            </w:pPr>
            <w:r>
              <w:br/>
              <w:br/>
              <w:t>Signature: __________________________________</w:t>
            </w:r>
          </w:p>
        </w:tc>
        <w:tc>
          <w:tcPr>
            <w:tcW w:type="dxa" w:w="4986"/>
            <w:tcBorders>
              <w:top w:val="nil"/>
              <w:left w:val="nil"/>
              <w:bottom w:val="nil"/>
              <w:right w:val="nil"/>
              <w:insideH w:val="nil"/>
              <w:insideV w:val="nil"/>
            </w:tcBorders>
          </w:tcPr>
          <w:p>
            <w:pPr>
              <w:jc w:val="center"/>
            </w:pPr>
            <w:r>
              <w:br/>
              <w:br/>
              <w:t>Signature: __________________________________</w:t>
            </w:r>
          </w:p>
        </w:tc>
      </w:tr>
      <w:tr>
        <w:tc>
          <w:tcPr>
            <w:tcW w:type="dxa" w:w="4986"/>
            <w:tcBorders>
              <w:top w:val="nil"/>
              <w:left w:val="nil"/>
              <w:bottom w:val="nil"/>
              <w:right w:val="nil"/>
              <w:insideH w:val="nil"/>
              <w:insideV w:val="nil"/>
            </w:tcBorders>
          </w:tcPr>
          <w:p>
            <w:pPr>
              <w:jc w:val="center"/>
            </w:pPr>
            <w:r>
              <w:t>Name: ______________________________________</w:t>
            </w:r>
          </w:p>
        </w:tc>
        <w:tc>
          <w:tcPr>
            <w:tcW w:type="dxa" w:w="4986"/>
            <w:tcBorders>
              <w:top w:val="nil"/>
              <w:left w:val="nil"/>
              <w:bottom w:val="nil"/>
              <w:right w:val="nil"/>
              <w:insideH w:val="nil"/>
              <w:insideV w:val="nil"/>
            </w:tcBorders>
          </w:tcPr>
          <w:p>
            <w:pPr>
              <w:jc w:val="center"/>
            </w:pPr>
            <w:r>
              <w:t>Name: ______________________________________</w:t>
              <w:br/>
              <w:t>Title: _____________________________________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https://agreementtemplate-us.com/single-member-llc-operating-agreement/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https://agreementtemplate-us.com</w:t>
        </w:r>
      </w:hyperlink>
    </w:p>
    <w:p>
      <w:pPr>
        <w:jc w:val="center"/>
      </w:pPr>
      <w:r>
        <w:rPr>
          <w:color w:val="808080"/>
          <w:sz w:val="20"/>
        </w:rPr>
        <w:t>This template is intended exclusively for personal, non-commercial use.</w:t>
        <w:br/>
        <w:t>If distributed or published, the source must be mentioned. © agreementtemplate-us.com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agreementtemplate-us.com/single-member-llc-operating-agreement/" TargetMode="External"/><Relationship Id="rId10" Type="http://schemas.openxmlformats.org/officeDocument/2006/relationships/hyperlink" Target="https://agreementtemplate-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