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NON-DISCLOSURE AGREEMENT</w:t>
      </w:r>
    </w:p>
    <w:p/>
    <w:p>
      <w:r>
        <w:rPr>
          <w:b w:val="0"/>
          <w:sz w:val="20"/>
        </w:rPr>
        <w:t>This Non-Disclosure Agreement (the “Agreement”) is entered into by and between the undersigned parties (each a “Party” and collectively the “Parties”).</w:t>
      </w:r>
    </w:p>
    <w:p/>
    <w:p>
      <w:r>
        <w:rPr>
          <w:b/>
          <w:sz w:val="22"/>
        </w:rPr>
        <w:t>1. Definitions</w:t>
      </w:r>
    </w:p>
    <w:p>
      <w:r>
        <w:rPr>
          <w:b w:val="0"/>
          <w:sz w:val="20"/>
        </w:rPr>
        <w:t>“Confidential Information” means any and all technical and non-technical information disclosed by either Party to the other, including but not limited to patent applications, trade secrets, proprietary information, processes, formulas, data, know-how, designs, sketches, photographs, plans, drawings, specifications, samples, reports, customer lists, pricing information, financial data, marketing plans, and business strategies, whether disclosed orally, in writing, or by inspection of tangible objects, and which is designated as confidential or that reasonably should be understood to be confidential given the nature of the information and circumstances of disclosure.</w:t>
      </w:r>
    </w:p>
    <w:p/>
    <w:p>
      <w:r>
        <w:rPr>
          <w:b/>
          <w:sz w:val="22"/>
        </w:rPr>
        <w:t>2. Obligations of Receiving Party</w:t>
      </w:r>
    </w:p>
    <w:p>
      <w:r>
        <w:rPr>
          <w:b w:val="0"/>
          <w:sz w:val="20"/>
        </w:rPr>
        <w:t>The Receiving Party shall:</w:t>
      </w:r>
    </w:p>
    <w:p>
      <w:r>
        <w:rPr>
          <w:b w:val="0"/>
          <w:sz w:val="20"/>
        </w:rPr>
        <w:t>- Hold the Confidential Information in strict confidence;</w:t>
      </w:r>
    </w:p>
    <w:p>
      <w:r>
        <w:rPr>
          <w:b w:val="0"/>
          <w:sz w:val="20"/>
        </w:rPr>
        <w:t>- Use the Confidential Information solely for the Purpose described herein;</w:t>
      </w:r>
    </w:p>
    <w:p>
      <w:r>
        <w:rPr>
          <w:b w:val="0"/>
          <w:sz w:val="20"/>
        </w:rPr>
        <w:t>- Not disclose such Confidential Information to any third party without the prior written consent of the Disclosing Party, except as permitted herein;</w:t>
      </w:r>
    </w:p>
    <w:p>
      <w:r>
        <w:rPr>
          <w:b w:val="0"/>
          <w:sz w:val="20"/>
        </w:rPr>
        <w:t>- Take all reasonable precautions to protect the confidentiality of such Confidential Information, which shall in no event be less than precautions it takes to protect its own confidential information of a similar nature.</w:t>
      </w:r>
    </w:p>
    <w:p/>
    <w:p>
      <w:r>
        <w:rPr>
          <w:b/>
          <w:sz w:val="22"/>
        </w:rPr>
        <w:t>3. Purpose</w:t>
      </w:r>
    </w:p>
    <w:p>
      <w:r>
        <w:rPr>
          <w:b w:val="0"/>
          <w:sz w:val="20"/>
        </w:rPr>
        <w:t>The Receiving Party agrees to use Confidential Information solely for the purpose of evaluating or pursuing a potential business relationship or transaction between the Parties (the “Purpose”).</w:t>
      </w:r>
    </w:p>
    <w:p/>
    <w:p>
      <w:r>
        <w:rPr>
          <w:b/>
          <w:sz w:val="22"/>
        </w:rPr>
        <w:t>4. Exclusions from Confidential Information</w:t>
      </w:r>
    </w:p>
    <w:p>
      <w:r>
        <w:rPr>
          <w:b w:val="0"/>
          <w:sz w:val="20"/>
        </w:rPr>
        <w:t>Confidential Information shall not include information that:</w:t>
      </w:r>
    </w:p>
    <w:p>
      <w:r>
        <w:rPr>
          <w:b w:val="0"/>
          <w:sz w:val="20"/>
        </w:rPr>
        <w:t>- Is or becomes publicly known through no wrongful act or omission of the Receiving Party;</w:t>
      </w:r>
    </w:p>
    <w:p>
      <w:r>
        <w:rPr>
          <w:b w:val="0"/>
          <w:sz w:val="20"/>
        </w:rPr>
        <w:t>- Is already known to the Receiving Party at the time of disclosure without restriction;</w:t>
      </w:r>
    </w:p>
    <w:p>
      <w:r>
        <w:rPr>
          <w:b w:val="0"/>
          <w:sz w:val="20"/>
        </w:rPr>
        <w:t>- Is received from a third party without breach of any obligation of confidentiality;</w:t>
      </w:r>
    </w:p>
    <w:p>
      <w:r>
        <w:rPr>
          <w:b w:val="0"/>
          <w:sz w:val="20"/>
        </w:rPr>
        <w:t>- Is independently developed by the Receiving Party without use or reference to the Confidential Information;</w:t>
      </w:r>
    </w:p>
    <w:p>
      <w:r>
        <w:rPr>
          <w:b w:val="0"/>
          <w:sz w:val="20"/>
        </w:rPr>
        <w:t>- Is disclosed pursuant to a requirement of a governmental agency or by operation of law, provided that the Receiving Party uses reasonable efforts to provide prompt notice to the Disclosing Party of such requirement and to obtain confidential treatment or a protective order where possible.</w:t>
      </w:r>
    </w:p>
    <w:p/>
    <w:p>
      <w:r>
        <w:rPr>
          <w:b/>
          <w:sz w:val="22"/>
        </w:rPr>
        <w:t>5. Term</w:t>
      </w:r>
    </w:p>
    <w:p>
      <w:r>
        <w:rPr>
          <w:b w:val="0"/>
          <w:sz w:val="20"/>
        </w:rPr>
        <w:t>This Agreement shall commence on the date of last signature below and continue for a period of three (3) years, unless earlier terminated by either Party with thirty (30) days prior written notice. The Receiving Party’s duty to protect Confidential Information shall survive termination or expiration of this Agreement for a period of five (5) years from the date of disclosure of such Confidential Information.</w:t>
      </w:r>
    </w:p>
    <w:p/>
    <w:p>
      <w:r>
        <w:rPr>
          <w:b/>
          <w:sz w:val="22"/>
        </w:rPr>
        <w:t>6. Return or Destruction of Materials</w:t>
      </w:r>
    </w:p>
    <w:p>
      <w:r>
        <w:rPr>
          <w:b w:val="0"/>
          <w:sz w:val="20"/>
        </w:rPr>
        <w:t>Upon termination of this Agreement or upon written request of the Disclosing Party, the Receiving Party shall promptly return or destroy all materials embodying Confidential Information, including all copies, notes, summaries, and extracts thereof, and certify in writing to the Disclosing Party that such return or destruction has been completed, except as otherwise required by law or regulations.</w:t>
      </w:r>
    </w:p>
    <w:p/>
    <w:p>
      <w:r>
        <w:rPr>
          <w:b/>
          <w:sz w:val="22"/>
        </w:rPr>
        <w:t>7. No License</w:t>
      </w:r>
    </w:p>
    <w:p>
      <w:r>
        <w:rPr>
          <w:b w:val="0"/>
          <w:sz w:val="20"/>
        </w:rPr>
        <w:t>Nothing contained in this Agreement shall be construed as granting or conferring any rights by license or otherwise in any Confidential Information or any patents, trademarks, copyrights, or other intellectual property rights of the Disclosing Party, except as expressly set forth herein.</w:t>
      </w:r>
    </w:p>
    <w:p/>
    <w:p>
      <w:r>
        <w:rPr>
          <w:b/>
          <w:sz w:val="22"/>
        </w:rPr>
        <w:t>8. No Warranty</w:t>
      </w:r>
    </w:p>
    <w:p>
      <w:r>
        <w:rPr>
          <w:b w:val="0"/>
          <w:sz w:val="20"/>
        </w:rPr>
        <w:t>All Confidential Information is provided “AS IS.” The Disclosing Party makes no warranties, express or implied, regarding the accuracy or completeness of the Confidential Information.</w:t>
      </w:r>
    </w:p>
    <w:p/>
    <w:p>
      <w:r>
        <w:rPr>
          <w:b/>
          <w:sz w:val="22"/>
        </w:rPr>
        <w:t>9. Remedies</w:t>
      </w:r>
    </w:p>
    <w:p>
      <w:r>
        <w:rPr>
          <w:b w:val="0"/>
          <w:sz w:val="20"/>
        </w:rPr>
        <w:t>The Receiving Party acknowledges that unauthorized disclosure or use of Confidential Information may cause irreparable harm to the Disclosing Party for which monetary damages may be insufficient. Therefore, the Disclosing Party shall be entitled, in addition to any other remedies available at law or equity, to seek injunctive relief to enforce the terms of this Agreement without the necessity of posting bond or proving actual damages.</w:t>
      </w:r>
    </w:p>
    <w:p/>
    <w:p>
      <w:r>
        <w:rPr>
          <w:b/>
          <w:sz w:val="22"/>
        </w:rPr>
        <w:t>10. Governing Law and Jurisdiction</w:t>
      </w:r>
    </w:p>
    <w:p>
      <w:r>
        <w:rPr>
          <w:b w:val="0"/>
          <w:sz w:val="20"/>
        </w:rPr>
        <w:t>This Agreement shall be governed by and construed in accordance with the laws of the State of [State], United States of America, without regard to its conflict of laws principles. Any dispute arising out of or relating to this Agreement shall be subject to the exclusive jurisdiction and venue of the federal or state courts located in [County], [State].</w:t>
      </w:r>
    </w:p>
    <w:p/>
    <w:p>
      <w:r>
        <w:rPr>
          <w:b/>
          <w:sz w:val="22"/>
        </w:rPr>
        <w:t>11. Entire Agreement</w:t>
      </w:r>
    </w:p>
    <w:p>
      <w:r>
        <w:rPr>
          <w:b w:val="0"/>
          <w:sz w:val="20"/>
        </w:rPr>
        <w:t>This Agreement constitutes the entire agreement between the Parties with respect to the subject matter hereof and supersedes all prior or contemporaneous oral or written agreements concerning such subject matter. Any amendment or modification to this Agreement must be in writing and signed by both Parties.</w:t>
      </w:r>
    </w:p>
    <w:p/>
    <w:p>
      <w:r>
        <w:rPr>
          <w:b/>
          <w:sz w:val="22"/>
        </w:rPr>
        <w:t>12. Severability</w:t>
      </w:r>
    </w:p>
    <w:p>
      <w:r>
        <w:rPr>
          <w:b w:val="0"/>
          <w:sz w:val="20"/>
        </w:rPr>
        <w:t>If any provision of this Agreement is found to be invalid, illegal, or unenforceable by a court of competent jurisdiction, the remaining provisions shall remain in full force and effect.</w:t>
      </w:r>
    </w:p>
    <w:p/>
    <w:p>
      <w:r>
        <w:rPr>
          <w:b/>
          <w:sz w:val="22"/>
        </w:rPr>
        <w:t>13. Waiver</w:t>
      </w:r>
    </w:p>
    <w:p>
      <w:r>
        <w:rPr>
          <w:b w:val="0"/>
          <w:sz w:val="20"/>
        </w:rPr>
        <w:t>No failure or delay by either Party in exercising any right under this Agreement shall constitute a waiver of that right or any other rights.</w:t>
      </w:r>
    </w:p>
    <w:p/>
    <w:p/>
    <w:p>
      <w:r>
        <w:rPr>
          <w:b w:val="0"/>
          <w:sz w:val="20"/>
        </w:rPr>
        <w:t>IN WITNESS WHEREOF, the Parties hereto have executed this Non-Disclosure Agreement as of the date written below.</w:t>
      </w:r>
    </w:p>
    <w:p/>
    <w:p/>
    <w:p>
      <w:r>
        <w:rPr>
          <w:b w:val="0"/>
          <w:sz w:val="20"/>
        </w:rPr>
        <w:t>Place: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https://agreementtemplate-us.com/simple-non-disclosure-agreement/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mple-non-disclosur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