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SIMPLE DIVORCE AGREEMENT</w:t>
      </w:r>
    </w:p>
    <w:p/>
    <w:p>
      <w:r>
        <w:rPr>
          <w:b/>
          <w:sz w:val="20"/>
        </w:rPr>
        <w:t>This Simple Divorce Agreement ("Agreement") is entered into between the undersigned parties to mutually and amicably resolve all matters related to their marital dissolution.</w:t>
      </w:r>
    </w:p>
    <w:p/>
    <w:p>
      <w:r>
        <w:rPr>
          <w:b/>
          <w:sz w:val="20"/>
        </w:rPr>
        <w:t>PARTIES:</w:t>
      </w:r>
    </w:p>
    <w:p>
      <w:r>
        <w:rPr>
          <w:b w:val="0"/>
          <w:sz w:val="20"/>
        </w:rPr>
        <w:t>Petitioner (Spouse 1):</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r>
        <w:rPr>
          <w:b w:val="0"/>
          <w:sz w:val="20"/>
        </w:rPr>
        <w:t>Respondent (Spouse 2):</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r>
        <w:rPr>
          <w:b/>
          <w:sz w:val="20"/>
        </w:rPr>
        <w:t>RECITALS:</w:t>
      </w:r>
    </w:p>
    <w:p>
      <w:r>
        <w:rPr>
          <w:b w:val="0"/>
          <w:sz w:val="20"/>
        </w:rPr>
        <w:t>WHEREAS, the parties were lawfully married on ________________________________________ at ___________________________________________________________;</w:t>
      </w:r>
    </w:p>
    <w:p>
      <w:r>
        <w:rPr>
          <w:b w:val="0"/>
          <w:sz w:val="20"/>
        </w:rPr>
        <w:t>WHEREAS, the parties have mutually agreed to dissolve their marriage by divorce;</w:t>
      </w:r>
    </w:p>
    <w:p>
      <w:r>
        <w:rPr>
          <w:b w:val="0"/>
          <w:sz w:val="20"/>
        </w:rPr>
        <w:t>WHEREAS, the parties desire to settle all rights, obligations, and responsibilities arising from their marriage and its dissolution without further litigation or dispute;</w:t>
      </w:r>
    </w:p>
    <w:p/>
    <w:p>
      <w:r>
        <w:rPr>
          <w:b/>
          <w:sz w:val="20"/>
        </w:rPr>
        <w:t>AGREEMENT:</w:t>
      </w:r>
    </w:p>
    <w:p>
      <w:r>
        <w:rPr>
          <w:b w:val="0"/>
          <w:sz w:val="20"/>
        </w:rPr>
        <w:t>1. SEPARATION AND DIVORCE</w:t>
      </w:r>
    </w:p>
    <w:p>
      <w:r>
        <w:rPr>
          <w:b w:val="0"/>
          <w:sz w:val="20"/>
        </w:rPr>
        <w:t>The parties agree to live separate and apart from each other and to cooperate in filing for an uncontested divorce through the appropriate court.</w:t>
      </w:r>
    </w:p>
    <w:p/>
    <w:p>
      <w:r>
        <w:rPr>
          <w:b w:val="0"/>
          <w:sz w:val="20"/>
        </w:rPr>
        <w:t>2. PROPERTY DIVISION</w:t>
      </w:r>
    </w:p>
    <w:p>
      <w:r>
        <w:rPr>
          <w:b w:val="0"/>
          <w:sz w:val="20"/>
        </w:rPr>
        <w:t>The parties have disclosed all assets and liabilities to each other. The division of marital property and debts shall be as follows:</w:t>
      </w:r>
    </w:p>
    <w:p>
      <w:r>
        <w:rPr>
          <w:b w:val="0"/>
          <w:sz w:val="20"/>
        </w:rPr>
        <w:t>- Marital Residence: _____________________________________________________</w:t>
      </w:r>
    </w:p>
    <w:p>
      <w:r>
        <w:rPr>
          <w:b w:val="0"/>
          <w:sz w:val="20"/>
        </w:rPr>
        <w:t>- Vehicles: ______________________________________________________________</w:t>
      </w:r>
    </w:p>
    <w:p>
      <w:r>
        <w:rPr>
          <w:b w:val="0"/>
          <w:sz w:val="20"/>
        </w:rPr>
        <w:t>- Bank Accounts: ________________________________________________________</w:t>
      </w:r>
    </w:p>
    <w:p>
      <w:r>
        <w:rPr>
          <w:b w:val="0"/>
          <w:sz w:val="20"/>
        </w:rPr>
        <w:t>- Retirement Accounts: ___________________________________________________</w:t>
      </w:r>
    </w:p>
    <w:p>
      <w:r>
        <w:rPr>
          <w:b w:val="0"/>
          <w:sz w:val="20"/>
        </w:rPr>
        <w:t>- Personal Property: _____________________________________________________</w:t>
      </w:r>
    </w:p>
    <w:p>
      <w:r>
        <w:rPr>
          <w:b w:val="0"/>
          <w:sz w:val="20"/>
        </w:rPr>
        <w:t>- Debts and Liabilities: _________________________________________________</w:t>
      </w:r>
    </w:p>
    <w:p>
      <w:r>
        <w:rPr>
          <w:b w:val="0"/>
          <w:sz w:val="20"/>
        </w:rPr>
        <w:t>Any additional property or debts not listed above shall be the sole responsibility of the party who retains them unless otherwise agreed in writing.</w:t>
      </w:r>
    </w:p>
    <w:p/>
    <w:p>
      <w:r>
        <w:rPr>
          <w:b w:val="0"/>
          <w:sz w:val="20"/>
        </w:rPr>
        <w:t>3. SPOUSAL SUPPORT (ALIMONY)</w:t>
      </w:r>
    </w:p>
    <w:p>
      <w:r>
        <w:rPr>
          <w:b w:val="0"/>
          <w:sz w:val="20"/>
        </w:rPr>
        <w:t>The parties agree that spousal support is:</w:t>
      </w:r>
    </w:p>
    <w:p>
      <w:r>
        <w:rPr>
          <w:b w:val="0"/>
          <w:sz w:val="20"/>
        </w:rPr>
        <w:t>☐ Not applicable</w:t>
      </w:r>
    </w:p>
    <w:p>
      <w:r>
        <w:rPr>
          <w:b w:val="0"/>
          <w:sz w:val="20"/>
        </w:rPr>
        <w:t>☐ Agreed as follows: _______________________________________________________</w:t>
      </w:r>
    </w:p>
    <w:p>
      <w:r>
        <w:rPr>
          <w:b w:val="0"/>
          <w:sz w:val="20"/>
        </w:rPr>
        <w:t>The parties waive any other claims for spousal support not set forth in this Agreement.</w:t>
      </w:r>
    </w:p>
    <w:p/>
    <w:p>
      <w:r>
        <w:rPr>
          <w:b w:val="0"/>
          <w:sz w:val="20"/>
        </w:rPr>
        <w:t>4. CUSTODY AND PARENTING (if applicable)</w:t>
      </w:r>
    </w:p>
    <w:p>
      <w:r>
        <w:rPr>
          <w:b w:val="0"/>
          <w:sz w:val="20"/>
        </w:rPr>
        <w:t>The parties have the following minor children of the marriage:</w:t>
      </w:r>
    </w:p>
    <w:p>
      <w:r>
        <w:rPr>
          <w:b w:val="0"/>
          <w:sz w:val="20"/>
        </w:rPr>
        <w:t>Name(s) and Date(s) of Birth: ______________________________________________</w:t>
      </w:r>
    </w:p>
    <w:p>
      <w:r>
        <w:rPr>
          <w:b w:val="0"/>
          <w:sz w:val="20"/>
        </w:rPr>
        <w:t>The parties agree to the following custody and visitation arrangement:</w:t>
      </w:r>
    </w:p>
    <w:p>
      <w:r>
        <w:rPr>
          <w:b w:val="0"/>
          <w:sz w:val="20"/>
        </w:rPr>
        <w:t>☐ Joint Legal Custody</w:t>
      </w:r>
    </w:p>
    <w:p>
      <w:r>
        <w:rPr>
          <w:b w:val="0"/>
          <w:sz w:val="20"/>
        </w:rPr>
        <w:t>☐ Sole Legal Custody to: ________________________</w:t>
      </w:r>
    </w:p>
    <w:p>
      <w:r>
        <w:rPr>
          <w:b w:val="0"/>
          <w:sz w:val="20"/>
        </w:rPr>
        <w:t>☐ Physical Custody Arrangement: ___________________________________________</w:t>
      </w:r>
    </w:p>
    <w:p>
      <w:r>
        <w:rPr>
          <w:b w:val="0"/>
          <w:sz w:val="20"/>
        </w:rPr>
        <w:t>Visitation Schedule: ______________________________________________________</w:t>
      </w:r>
    </w:p>
    <w:p>
      <w:r>
        <w:rPr>
          <w:b w:val="0"/>
          <w:sz w:val="20"/>
        </w:rPr>
        <w:t>The parties shall act in the best interests of the children and cooperate fully in implementing this arrangement.</w:t>
      </w:r>
    </w:p>
    <w:p/>
    <w:p>
      <w:r>
        <w:rPr>
          <w:b w:val="0"/>
          <w:sz w:val="20"/>
        </w:rPr>
        <w:t>5. CHILD SUPPORT (if applicable)</w:t>
      </w:r>
    </w:p>
    <w:p>
      <w:r>
        <w:rPr>
          <w:b w:val="0"/>
          <w:sz w:val="20"/>
        </w:rPr>
        <w:t>The parties agree that child support shall be paid as follows:</w:t>
      </w:r>
    </w:p>
    <w:p>
      <w:r>
        <w:rPr>
          <w:b w:val="0"/>
          <w:sz w:val="20"/>
        </w:rPr>
        <w:t>☐ According to state child support guidelines.</w:t>
      </w:r>
    </w:p>
    <w:p>
      <w:r>
        <w:rPr>
          <w:b w:val="0"/>
          <w:sz w:val="20"/>
        </w:rPr>
        <w:t>☐ As detailed here: _______________________________________________________</w:t>
      </w:r>
    </w:p>
    <w:p>
      <w:r>
        <w:rPr>
          <w:b w:val="0"/>
          <w:sz w:val="20"/>
        </w:rPr>
        <w:t>Payments shall be made promptly and documented. Both parties agree to cooperate in ensuring the support of their children.</w:t>
      </w:r>
    </w:p>
    <w:p/>
    <w:p>
      <w:r>
        <w:rPr>
          <w:b w:val="0"/>
          <w:sz w:val="20"/>
        </w:rPr>
        <w:t>6. TAX MATTERS</w:t>
      </w:r>
    </w:p>
    <w:p>
      <w:r>
        <w:rPr>
          <w:b w:val="0"/>
          <w:sz w:val="20"/>
        </w:rPr>
        <w:t>The parties shall file their tax returns for the year of divorce as:</w:t>
      </w:r>
    </w:p>
    <w:p>
      <w:r>
        <w:rPr>
          <w:b w:val="0"/>
          <w:sz w:val="20"/>
        </w:rPr>
        <w:t>☐ Married Filing Jointly</w:t>
      </w:r>
    </w:p>
    <w:p>
      <w:r>
        <w:rPr>
          <w:b w:val="0"/>
          <w:sz w:val="20"/>
        </w:rPr>
        <w:t>☐ Married Filing Separately</w:t>
      </w:r>
    </w:p>
    <w:p>
      <w:r>
        <w:rPr>
          <w:b w:val="0"/>
          <w:sz w:val="20"/>
        </w:rPr>
        <w:t>☐ Other: _________________________________________________________________</w:t>
      </w:r>
    </w:p>
    <w:p>
      <w:r>
        <w:rPr>
          <w:b w:val="0"/>
          <w:sz w:val="20"/>
        </w:rPr>
        <w:t>Any tax refunds or liabilities shall be allocated as follows: ____________________</w:t>
      </w:r>
    </w:p>
    <w:p/>
    <w:p>
      <w:r>
        <w:rPr>
          <w:b w:val="0"/>
          <w:sz w:val="20"/>
        </w:rPr>
        <w:t>7. RELEASE AND WAIVERS</w:t>
      </w:r>
    </w:p>
    <w:p>
      <w:r>
        <w:rPr>
          <w:b w:val="0"/>
          <w:sz w:val="20"/>
        </w:rPr>
        <w:t>Each party releases the other from any and all claims, demands, and causes of action not expressly provided for in this Agreement.</w:t>
      </w:r>
    </w:p>
    <w:p>
      <w:r>
        <w:rPr>
          <w:b w:val="0"/>
          <w:sz w:val="20"/>
        </w:rPr>
        <w:t>The parties waive rights to any future claims against each other arising from the marriage or its dissolution, except for enforcement of this Agreement.</w:t>
      </w:r>
    </w:p>
    <w:p/>
    <w:p>
      <w:r>
        <w:rPr>
          <w:b w:val="0"/>
          <w:sz w:val="20"/>
        </w:rPr>
        <w:t>8. GOVERNING LAW</w:t>
      </w:r>
    </w:p>
    <w:p>
      <w:r>
        <w:rPr>
          <w:b w:val="0"/>
          <w:sz w:val="20"/>
        </w:rPr>
        <w:t>This Agreement shall be governed by and construed in accordance with the laws of the State of ____________________, United States of America.</w:t>
      </w:r>
    </w:p>
    <w:p/>
    <w:p>
      <w:r>
        <w:rPr>
          <w:b w:val="0"/>
          <w:sz w:val="20"/>
        </w:rPr>
        <w:t>9. ENTIRE AGREEMENT</w:t>
      </w:r>
    </w:p>
    <w:p>
      <w:r>
        <w:rPr>
          <w:b w:val="0"/>
          <w:sz w:val="20"/>
        </w:rPr>
        <w:t>This document contains the entire agreement between the parties. No other promises, representations, or agreements shall be binding unless in writing and signed by both parties.</w:t>
      </w:r>
    </w:p>
    <w:p/>
    <w:p>
      <w:r>
        <w:rPr>
          <w:b w:val="0"/>
          <w:sz w:val="20"/>
        </w:rPr>
        <w:t>10. VOLUNTARY EXECUTION</w:t>
      </w:r>
    </w:p>
    <w:p>
      <w:r>
        <w:rPr>
          <w:b w:val="0"/>
          <w:sz w:val="20"/>
        </w:rPr>
        <w:t>Each party acknowledges that they have read and fully understand this Agreement, that they enter into it voluntarily and without duress or undue influence, and that they have had the opportunity to seek independent legal advice.</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PETITIONER (SPOUSE 1)</w:t>
            </w:r>
          </w:p>
        </w:tc>
        <w:tc>
          <w:tcPr>
            <w:tcW w:type="dxa" w:w="4986"/>
            <w:tcBorders>
              <w:top w:val="nil"/>
              <w:left w:val="nil"/>
              <w:bottom w:val="nil"/>
              <w:right w:val="nil"/>
              <w:insideH w:val="nil"/>
              <w:insideV w:val="nil"/>
            </w:tcBorders>
          </w:tcPr>
          <w:p>
            <w:pPr>
              <w:jc w:val="center"/>
            </w:pPr>
            <w:r>
              <w:t>RESPONDENT (SPOUSE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https://agreementtemplate-us.com/simple-divorce-agreement/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simple-divorce-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