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SIGN ON BONUS AGREEMENT</w:t>
      </w:r>
    </w:p>
    <w:p/>
    <w:p>
      <w:r>
        <w:rPr>
          <w:b/>
          <w:sz w:val="20"/>
        </w:rPr>
        <w:t>This Sign On Bonus Agreement (the “Agreement”) is entered into by and between:</w:t>
      </w:r>
    </w:p>
    <w:p>
      <w:r>
        <w:rPr>
          <w:b w:val="0"/>
          <w:sz w:val="20"/>
        </w:rPr>
        <w:t>Employer Name: 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val="0"/>
          <w:sz w:val="20"/>
        </w:rPr>
        <w:t>Employee Name: 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Employer desires to induce Employee to accept employment with Employer;</w:t>
      </w:r>
    </w:p>
    <w:p>
      <w:r>
        <w:rPr>
          <w:b w:val="0"/>
          <w:sz w:val="20"/>
        </w:rPr>
        <w:t>WHEREAS, Employee desires to accept employment with Employer subject to the terms of this Agreement;</w:t>
      </w:r>
    </w:p>
    <w:p>
      <w:r>
        <w:rPr>
          <w:b w:val="0"/>
          <w:sz w:val="20"/>
        </w:rPr>
        <w:t>NOW, THEREFORE, in consideration of the mutual promises contained herein and other good and valuable consideration, the receipt and sufficiency of which are hereby acknowledged, the parties agree as follows:</w:t>
      </w:r>
    </w:p>
    <w:p/>
    <w:p>
      <w:r>
        <w:rPr>
          <w:b/>
          <w:sz w:val="20"/>
        </w:rPr>
        <w:t>1. Sign On Bonus</w:t>
      </w:r>
    </w:p>
    <w:p>
      <w:r>
        <w:rPr>
          <w:b w:val="0"/>
          <w:sz w:val="20"/>
        </w:rPr>
        <w:t>Employer agrees to pay Employee a one-time sign on bonus in the amount of $_________________ (the “Bonus”). The Bonus is payable pursuant to the terms set forth in this Agreement.</w:t>
      </w:r>
    </w:p>
    <w:p/>
    <w:p>
      <w:r>
        <w:rPr>
          <w:b/>
          <w:sz w:val="20"/>
        </w:rPr>
        <w:t>2. Payment Terms</w:t>
      </w:r>
    </w:p>
    <w:p>
      <w:r>
        <w:rPr>
          <w:b w:val="0"/>
          <w:sz w:val="20"/>
        </w:rPr>
        <w:t>The Bonus shall be paid to Employee as a lump sum within _______ days following Employee’s commencement of employment with Employer. Payment shall be subject to all applicable tax withholdings and deductions required by law.</w:t>
      </w:r>
    </w:p>
    <w:p/>
    <w:p>
      <w:r>
        <w:rPr>
          <w:b/>
          <w:sz w:val="20"/>
        </w:rPr>
        <w:t>3. Employment Relationship</w:t>
      </w:r>
    </w:p>
    <w:p>
      <w:r>
        <w:rPr>
          <w:b w:val="0"/>
          <w:sz w:val="20"/>
        </w:rPr>
        <w:t>This Agreement does not constitute an employment contract or guarantee of employment for any specific period. Employee’s employment with Employer remains at-will and may be terminated by either party at any time, with or without cause or notice, subject to applicable law.</w:t>
      </w:r>
    </w:p>
    <w:p/>
    <w:p>
      <w:r>
        <w:rPr>
          <w:b/>
          <w:sz w:val="20"/>
        </w:rPr>
        <w:t>4. Repayment Obligation</w:t>
      </w:r>
    </w:p>
    <w:p>
      <w:r>
        <w:rPr>
          <w:b w:val="0"/>
          <w:sz w:val="20"/>
        </w:rPr>
        <w:t>If Employee voluntarily terminates employment or is terminated for cause within _______ months following the commencement date, Employee agrees to repay the full amount of the Bonus to Employer within _______ days of termination. Employee authorizes Employer to deduct any unpaid portion of the Bonus from final paychecks to the extent permitted by law.</w:t>
      </w:r>
    </w:p>
    <w:p/>
    <w:p>
      <w:r>
        <w:rPr>
          <w:b/>
          <w:sz w:val="20"/>
        </w:rPr>
        <w:t>5. Taxes</w:t>
      </w:r>
    </w:p>
    <w:p>
      <w:r>
        <w:rPr>
          <w:b w:val="0"/>
          <w:sz w:val="20"/>
        </w:rPr>
        <w:t>Employee acknowledges that Employer will withhold applicable federal, state, and local taxes from the Bonus payments as required by law. Employee is responsible for all other tax obligations arising from receipt of the Bonus.</w:t>
      </w:r>
    </w:p>
    <w:p/>
    <w:p>
      <w:r>
        <w:rPr>
          <w:b/>
          <w:sz w:val="20"/>
        </w:rPr>
        <w:t>6. No Other Compensation</w:t>
      </w:r>
    </w:p>
    <w:p>
      <w:r>
        <w:rPr>
          <w:b w:val="0"/>
          <w:sz w:val="20"/>
        </w:rPr>
        <w:t>This Agreement constitutes the complete and exclusive statement of the terms of the Bonus and supersedes all prior proposals, negotiations, and agreements, whether oral or written, relating to the Bonus. No other compensation or benefits are owed to Employee beyond those explicitly stated herein.</w:t>
      </w:r>
    </w:p>
    <w:p/>
    <w:p>
      <w:r>
        <w:rPr>
          <w:b/>
          <w:sz w:val="20"/>
        </w:rPr>
        <w:t>7. Governing Law</w:t>
      </w:r>
    </w:p>
    <w:p>
      <w:r>
        <w:rPr>
          <w:b w:val="0"/>
          <w:sz w:val="20"/>
        </w:rPr>
        <w:t>This Agreement shall be governed by and construed in accordance with the laws of the State of ____________________, without regard to its conflict of law principles.</w:t>
      </w:r>
    </w:p>
    <w:p/>
    <w:p>
      <w:r>
        <w:rPr>
          <w:b/>
          <w:sz w:val="20"/>
        </w:rPr>
        <w:t>8. Enforcement</w:t>
      </w:r>
    </w:p>
    <w:p>
      <w:r>
        <w:rPr>
          <w:b w:val="0"/>
          <w:sz w:val="20"/>
        </w:rPr>
        <w:t>If any provision of this Agreement is held to be invalid, illegal, or unenforceable, the remaining provisions shall remain in full force and effect. The parties agree to submit to the jurisdiction of the courts located within the State of ____________________ for enforcement of this Agreement.</w:t>
      </w:r>
    </w:p>
    <w:p/>
    <w:p>
      <w:r>
        <w:rPr>
          <w:b/>
          <w:sz w:val="20"/>
        </w:rPr>
        <w:t>9. Amendments</w:t>
      </w:r>
    </w:p>
    <w:p>
      <w:r>
        <w:rPr>
          <w:b w:val="0"/>
          <w:sz w:val="20"/>
        </w:rPr>
        <w:t>Any amendment or modification of this Agreement must be in writing and signed by both parties.</w:t>
      </w:r>
    </w:p>
    <w:p/>
    <w:p>
      <w:r>
        <w:rPr>
          <w:b/>
          <w:sz w:val="20"/>
        </w:rPr>
        <w:t>10. Entire Agreement</w:t>
      </w:r>
    </w:p>
    <w:p>
      <w:r>
        <w:rPr>
          <w:b w:val="0"/>
          <w:sz w:val="20"/>
        </w:rPr>
        <w:t>This Agreement contains the entire understanding of the parties concerning the subject matter herein and supersedes all prior agreements and understandings relating thereto.</w:t>
      </w:r>
    </w:p>
    <w:p/>
    <w:p/>
    <w:p>
      <w:r>
        <w:rPr>
          <w:b w:val="0"/>
          <w:sz w:val="20"/>
        </w:rPr>
        <w:t>Place: _____________________________________________________________</w:t>
      </w:r>
    </w:p>
    <w:p>
      <w:r>
        <w:rPr>
          <w:b w:val="0"/>
          <w:sz w:val="20"/>
        </w:rPr>
        <w:t>Date: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https://agreementtemplate-us.com/sign-on-bonus-agreement/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ign-on-bonus-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