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SCRUM WORKING AGREEMENT</w:t>
      </w:r>
    </w:p>
    <w:p/>
    <w:p>
      <w:r>
        <w:rPr>
          <w:b/>
          <w:sz w:val="22"/>
        </w:rPr>
        <w:t>Purpose of this Agreement</w:t>
      </w:r>
    </w:p>
    <w:p>
      <w:r>
        <w:rPr>
          <w:b w:val="0"/>
          <w:sz w:val="20"/>
        </w:rPr>
        <w:t>This Scrum Working Agreement defines the shared understanding, expectations, and commitments among the Scrum Team members to ensure effective collaboration, communication, and delivery of high-quality products in accordance with Scrum principles and United States law.</w:t>
      </w:r>
    </w:p>
    <w:p/>
    <w:p>
      <w:r>
        <w:rPr>
          <w:b/>
          <w:sz w:val="22"/>
        </w:rPr>
        <w:t>Team Values and Principles</w:t>
      </w:r>
    </w:p>
    <w:p>
      <w:r>
        <w:rPr>
          <w:b w:val="0"/>
          <w:sz w:val="20"/>
        </w:rPr>
        <w:t>1. Commitment: Each team member commits to delivering their best work, meeting deadlines, and actively participating in all Scrum events.</w:t>
      </w:r>
    </w:p>
    <w:p>
      <w:r>
        <w:rPr>
          <w:b w:val="0"/>
          <w:sz w:val="20"/>
        </w:rPr>
        <w:t>2. Respect: All team members shall treat each other with respect, honoring diverse opinions and backgrounds.</w:t>
      </w:r>
    </w:p>
    <w:p>
      <w:r>
        <w:rPr>
          <w:b w:val="0"/>
          <w:sz w:val="20"/>
        </w:rPr>
        <w:t>3. Openness: The team agrees to share information transparently to foster trust and collaboration.</w:t>
      </w:r>
    </w:p>
    <w:p>
      <w:r>
        <w:rPr>
          <w:b w:val="0"/>
          <w:sz w:val="20"/>
        </w:rPr>
        <w:t>4. Courage: Team members will have the courage to raise issues, provide constructive feedback, and embrace change.</w:t>
      </w:r>
    </w:p>
    <w:p>
      <w:r>
        <w:rPr>
          <w:b w:val="0"/>
          <w:sz w:val="20"/>
        </w:rPr>
        <w:t>5. Focus: The team dedicates attention to Sprint goals and avoids distractions.</w:t>
      </w:r>
    </w:p>
    <w:p/>
    <w:p>
      <w:r>
        <w:rPr>
          <w:b/>
          <w:sz w:val="22"/>
        </w:rPr>
        <w:t>Roles and Responsibilities</w:t>
      </w:r>
    </w:p>
    <w:p>
      <w:r>
        <w:rPr>
          <w:b w:val="0"/>
          <w:sz w:val="20"/>
        </w:rPr>
        <w:t>Product Owner:</w:t>
      </w:r>
    </w:p>
    <w:p>
      <w:r>
        <w:rPr>
          <w:b w:val="0"/>
          <w:sz w:val="20"/>
        </w:rPr>
        <w:t>• Defines and prioritizes the Product Backlog to maximize product value.</w:t>
      </w:r>
    </w:p>
    <w:p>
      <w:r>
        <w:rPr>
          <w:b w:val="0"/>
          <w:sz w:val="20"/>
        </w:rPr>
        <w:t>• Engages stakeholders and ensures clear communication of product goals.</w:t>
      </w:r>
    </w:p>
    <w:p>
      <w:r>
        <w:rPr>
          <w:b w:val="0"/>
          <w:sz w:val="20"/>
        </w:rPr>
        <w:t>Scrum Master:</w:t>
      </w:r>
    </w:p>
    <w:p>
      <w:r>
        <w:rPr>
          <w:b w:val="0"/>
          <w:sz w:val="20"/>
        </w:rPr>
        <w:t>• Facilitates Scrum events and removes impediments to maximize team productivity.</w:t>
      </w:r>
    </w:p>
    <w:p>
      <w:r>
        <w:rPr>
          <w:b w:val="0"/>
          <w:sz w:val="20"/>
        </w:rPr>
        <w:t>• Coaches the team in Scrum practices and values.</w:t>
      </w:r>
    </w:p>
    <w:p>
      <w:r>
        <w:rPr>
          <w:b w:val="0"/>
          <w:sz w:val="20"/>
        </w:rPr>
        <w:t>Development Team:</w:t>
      </w:r>
    </w:p>
    <w:p>
      <w:r>
        <w:rPr>
          <w:b w:val="0"/>
          <w:sz w:val="20"/>
        </w:rPr>
        <w:t>• Self-organizes to deliver potentially releasable increments each Sprint.</w:t>
      </w:r>
    </w:p>
    <w:p>
      <w:r>
        <w:rPr>
          <w:b w:val="0"/>
          <w:sz w:val="20"/>
        </w:rPr>
        <w:t>• Collaborates closely with Product Owner and Scrum Master.</w:t>
      </w:r>
    </w:p>
    <w:p/>
    <w:p>
      <w:r>
        <w:rPr>
          <w:b/>
          <w:sz w:val="22"/>
        </w:rPr>
        <w:t>Communication Practices</w:t>
      </w:r>
    </w:p>
    <w:p>
      <w:r>
        <w:rPr>
          <w:b w:val="0"/>
          <w:sz w:val="20"/>
        </w:rPr>
        <w:t>• Daily Scrum: The Development Team meets daily for a time-boxed 15-minute meeting to synchronize activities and plan for the next 24 hours.</w:t>
      </w:r>
    </w:p>
    <w:p>
      <w:r>
        <w:rPr>
          <w:b w:val="0"/>
          <w:sz w:val="20"/>
        </w:rPr>
        <w:t>• Sprint Planning: The entire Scrum Team collaboratively plans the Sprint scope and defines the Sprint Goal.</w:t>
      </w:r>
    </w:p>
    <w:p>
      <w:r>
        <w:rPr>
          <w:b w:val="0"/>
          <w:sz w:val="20"/>
        </w:rPr>
        <w:t>• Sprint Review: The team presents the increment to stakeholders and collects feedback.</w:t>
      </w:r>
    </w:p>
    <w:p>
      <w:r>
        <w:rPr>
          <w:b w:val="0"/>
          <w:sz w:val="20"/>
        </w:rPr>
        <w:t>• Sprint Retrospective: The team reflects on the Sprint process and identifies improvements.</w:t>
      </w:r>
    </w:p>
    <w:p>
      <w:r>
        <w:rPr>
          <w:b w:val="0"/>
          <w:sz w:val="20"/>
        </w:rPr>
        <w:t>• Respectful and timely communication shall be maintained through appropriate channels as agreed upon by the team.</w:t>
      </w:r>
    </w:p>
    <w:p/>
    <w:p>
      <w:r>
        <w:rPr>
          <w:b/>
          <w:sz w:val="22"/>
        </w:rPr>
        <w:t>Definition of Done (DoD)</w:t>
      </w:r>
    </w:p>
    <w:p>
      <w:r>
        <w:rPr>
          <w:b w:val="0"/>
          <w:sz w:val="20"/>
        </w:rPr>
        <w:t>The Scrum Team agrees that a Product Backlog item is considered 'Done' when it meets the following criteria:</w:t>
      </w:r>
    </w:p>
    <w:p>
      <w:r>
        <w:rPr>
          <w:b w:val="0"/>
          <w:sz w:val="20"/>
        </w:rPr>
        <w:t>• Code is written, reviewed, and integrated.</w:t>
      </w:r>
    </w:p>
    <w:p>
      <w:r>
        <w:rPr>
          <w:b w:val="0"/>
          <w:sz w:val="20"/>
        </w:rPr>
        <w:t>• Code passes all automated and manual tests.</w:t>
      </w:r>
    </w:p>
    <w:p>
      <w:r>
        <w:rPr>
          <w:b w:val="0"/>
          <w:sz w:val="20"/>
        </w:rPr>
        <w:t>• Documentation is updated as needed.</w:t>
      </w:r>
    </w:p>
    <w:p>
      <w:r>
        <w:rPr>
          <w:b w:val="0"/>
          <w:sz w:val="20"/>
        </w:rPr>
        <w:t>• The increment is deployable and potentially shippable.</w:t>
      </w:r>
    </w:p>
    <w:p>
      <w:r>
        <w:rPr>
          <w:b w:val="0"/>
          <w:sz w:val="20"/>
        </w:rPr>
        <w:t>• Acceptance criteria as defined by the Product Owner are fully met.</w:t>
      </w:r>
    </w:p>
    <w:p/>
    <w:p>
      <w:r>
        <w:rPr>
          <w:b/>
          <w:sz w:val="22"/>
        </w:rPr>
        <w:t>Working Hours and Availability</w:t>
      </w:r>
    </w:p>
    <w:p>
      <w:r>
        <w:rPr>
          <w:b w:val="0"/>
          <w:sz w:val="20"/>
        </w:rPr>
        <w:t>• Team members shall communicate their typical working hours and planned absences.</w:t>
      </w:r>
    </w:p>
    <w:p>
      <w:r>
        <w:rPr>
          <w:b w:val="0"/>
          <w:sz w:val="20"/>
        </w:rPr>
        <w:t>• Prompt notification of unavailability or schedule changes is required.</w:t>
      </w:r>
    </w:p>
    <w:p>
      <w:r>
        <w:rPr>
          <w:b w:val="0"/>
          <w:sz w:val="20"/>
        </w:rPr>
        <w:t>• Flexibility shall be exercised to accommodate key Scrum events and collaboration needs.</w:t>
      </w:r>
    </w:p>
    <w:p/>
    <w:p>
      <w:r>
        <w:rPr>
          <w:b/>
          <w:sz w:val="22"/>
        </w:rPr>
        <w:t>Conflict Resolution</w:t>
      </w:r>
    </w:p>
    <w:p>
      <w:r>
        <w:rPr>
          <w:b w:val="0"/>
          <w:sz w:val="20"/>
        </w:rPr>
        <w:t>• Team members agree to address conflicts promptly and respectfully.</w:t>
      </w:r>
    </w:p>
    <w:p>
      <w:r>
        <w:rPr>
          <w:b w:val="0"/>
          <w:sz w:val="20"/>
        </w:rPr>
        <w:t>• Issues shall first be discussed openly within the Scrum Team.</w:t>
      </w:r>
    </w:p>
    <w:p>
      <w:r>
        <w:rPr>
          <w:b w:val="0"/>
          <w:sz w:val="20"/>
        </w:rPr>
        <w:t>• If unresolved, the Scrum Master shall facilitate mediation.</w:t>
      </w:r>
    </w:p>
    <w:p>
      <w:r>
        <w:rPr>
          <w:b w:val="0"/>
          <w:sz w:val="20"/>
        </w:rPr>
        <w:t>• Continuous failure to resolve conflicts may be escalated to appropriate organizational authorities.</w:t>
      </w:r>
    </w:p>
    <w:p/>
    <w:p>
      <w:r>
        <w:rPr>
          <w:b/>
          <w:sz w:val="22"/>
        </w:rPr>
        <w:t>Continuous Improvement</w:t>
      </w:r>
    </w:p>
    <w:p>
      <w:r>
        <w:rPr>
          <w:b w:val="0"/>
          <w:sz w:val="20"/>
        </w:rPr>
        <w:t>• The team commits to regularly inspecting and adapting their processes.</w:t>
      </w:r>
    </w:p>
    <w:p>
      <w:r>
        <w:rPr>
          <w:b w:val="0"/>
          <w:sz w:val="20"/>
        </w:rPr>
        <w:t>• Sprint Retrospectives will be used as a formal mechanism to identify and implement improvements.</w:t>
      </w:r>
    </w:p>
    <w:p>
      <w:r>
        <w:rPr>
          <w:b w:val="0"/>
          <w:sz w:val="20"/>
        </w:rPr>
        <w:t>• Feedback is encouraged and welcomed from all team members and stakeholders.</w:t>
      </w:r>
    </w:p>
    <w:p/>
    <w:p>
      <w:r>
        <w:rPr>
          <w:b/>
          <w:sz w:val="22"/>
        </w:rPr>
        <w:t>Confidentiality and Data Protection</w:t>
      </w:r>
    </w:p>
    <w:p>
      <w:r>
        <w:rPr>
          <w:b w:val="0"/>
          <w:sz w:val="20"/>
        </w:rPr>
        <w:t>• Team members shall maintain confidentiality of sensitive information obtained during the project.</w:t>
      </w:r>
    </w:p>
    <w:p>
      <w:r>
        <w:rPr>
          <w:b w:val="0"/>
          <w:sz w:val="20"/>
        </w:rPr>
        <w:t>• All data handling shall comply with applicable laws and organizational policies regarding data privacy and security.</w:t>
      </w:r>
    </w:p>
    <w:p/>
    <w:p>
      <w:r>
        <w:rPr>
          <w:b/>
          <w:sz w:val="22"/>
        </w:rPr>
        <w:t>Legal Compliance and Governing Law</w:t>
      </w:r>
    </w:p>
    <w:p>
      <w:r>
        <w:rPr>
          <w:b w:val="0"/>
          <w:sz w:val="20"/>
        </w:rPr>
        <w:t>• All activities under this Agreement shall comply with federal, state, and local laws of the United States.</w:t>
      </w:r>
    </w:p>
    <w:p>
      <w:r>
        <w:rPr>
          <w:b w:val="0"/>
          <w:sz w:val="20"/>
        </w:rPr>
        <w:t>• This Agreement shall be governed by and construed in accordance with the laws of the State applicable to the organization.</w:t>
      </w:r>
    </w:p>
    <w:p>
      <w:r>
        <w:rPr>
          <w:b w:val="0"/>
          <w:sz w:val="20"/>
        </w:rPr>
        <w:t>• Any disputes arising from or related to this Agreement shall be resolved through mediation or arbitration before seeking judicial remedies.</w:t>
      </w:r>
    </w:p>
    <w:p/>
    <w:p>
      <w:r>
        <w:rPr>
          <w:b/>
          <w:sz w:val="22"/>
        </w:rPr>
        <w:t>Term and Termination</w:t>
      </w:r>
    </w:p>
    <w:p>
      <w:r>
        <w:rPr>
          <w:b w:val="0"/>
          <w:sz w:val="20"/>
        </w:rPr>
        <w:t>• This Agreement is effective as of the date of acceptance by all Scrum Team members.</w:t>
      </w:r>
    </w:p>
    <w:p>
      <w:r>
        <w:rPr>
          <w:b w:val="0"/>
          <w:sz w:val="20"/>
        </w:rPr>
        <w:t>• Termination or modification of this Agreement requires mutual written consent of all team members.</w:t>
      </w:r>
    </w:p>
    <w:p>
      <w:r>
        <w:rPr>
          <w:b w:val="0"/>
          <w:sz w:val="20"/>
        </w:rPr>
        <w:t>• Team members may withdraw with prior notice, acknowledging their responsibilities to ensure proper handover.</w:t>
      </w:r>
    </w:p>
    <w:p/>
    <w:p>
      <w:r>
        <w:rPr>
          <w:b/>
          <w:sz w:val="22"/>
        </w:rPr>
        <w:t>Acceptance and Acknowledgment</w:t>
      </w:r>
    </w:p>
    <w:p>
      <w:r>
        <w:rPr>
          <w:b w:val="0"/>
          <w:sz w:val="20"/>
        </w:rPr>
        <w:t>By signing below, each Scrum Team member acknowledges understanding, agreeing to, and committing to abide by the terms of this Scrum Working Agreement.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SCRUM TEAM MEMBER NAME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https://agreementtemplate-us.com/scrum-working-agreement/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template-us.com/scrum-working-agreement/" TargetMode="External"/><Relationship Id="rId10" Type="http://schemas.openxmlformats.org/officeDocument/2006/relationships/hyperlink" Target="https://agreemen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