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PEST CONTROL SERVICE AGREEMENT</w:t>
      </w:r>
    </w:p>
    <w:p/>
    <w:p>
      <w:r>
        <w:rPr>
          <w:b/>
          <w:sz w:val="20"/>
        </w:rPr>
        <w:t>Service Provider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Full Name / Business Name: 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Service Description:</w:t>
      </w:r>
    </w:p>
    <w:p>
      <w:r>
        <w:rPr>
          <w:b w:val="0"/>
          <w:sz w:val="20"/>
        </w:rPr>
        <w:t>The Service Provider agrees to perform pest control services at the Client's premises described above. Services include inspection, treatment, monitoring, and prevention of pests such as insects, rodents, and other specified organisms.</w:t>
      </w:r>
    </w:p>
    <w:p>
      <w:r>
        <w:rPr>
          <w:b w:val="0"/>
          <w:sz w:val="20"/>
        </w:rPr>
        <w:t>Specific services to be provided shall be detailed in the attached Scope of Work or as otherwise agreed in writing.</w:t>
      </w:r>
    </w:p>
    <w:p/>
    <w:p>
      <w:r>
        <w:rPr>
          <w:b/>
          <w:sz w:val="20"/>
        </w:rPr>
        <w:t>Service Location:</w:t>
      </w:r>
    </w:p>
    <w:p>
      <w:r>
        <w:rPr>
          <w:b w:val="0"/>
          <w:sz w:val="20"/>
        </w:rPr>
        <w:t>Premises Address: _________________________________________________________</w:t>
      </w:r>
    </w:p>
    <w:p>
      <w:r>
        <w:rPr>
          <w:b w:val="0"/>
          <w:sz w:val="20"/>
        </w:rPr>
        <w:t>Description of Areas to be Treated: ________________________________________</w:t>
      </w:r>
    </w:p>
    <w:p/>
    <w:p>
      <w:r>
        <w:rPr>
          <w:b/>
          <w:sz w:val="20"/>
        </w:rPr>
        <w:t>Term of Agreement:</w:t>
      </w:r>
    </w:p>
    <w:p>
      <w:r>
        <w:rPr>
          <w:b w:val="0"/>
          <w:sz w:val="20"/>
        </w:rPr>
        <w:t>This Agreement shall commence upon execution by both parties and shall continue for a period of __________ months unless terminated earlier in accordance with this Agreement.</w:t>
      </w:r>
    </w:p>
    <w:p/>
    <w:p>
      <w:r>
        <w:rPr>
          <w:b/>
          <w:sz w:val="20"/>
        </w:rPr>
        <w:t>Service Schedule:</w:t>
      </w:r>
    </w:p>
    <w:p>
      <w:r>
        <w:rPr>
          <w:b w:val="0"/>
          <w:sz w:val="20"/>
        </w:rPr>
        <w:t>Services will be performed on the following schedule: ___________________________</w:t>
      </w:r>
    </w:p>
    <w:p>
      <w:r>
        <w:rPr>
          <w:b w:val="0"/>
          <w:sz w:val="20"/>
        </w:rPr>
        <w:t>Additional visits may be scheduled upon mutual agreement or as required.</w:t>
      </w:r>
    </w:p>
    <w:p/>
    <w:p>
      <w:r>
        <w:rPr>
          <w:b/>
          <w:sz w:val="20"/>
        </w:rPr>
        <w:t>Fees and Payment Terms:</w:t>
      </w:r>
    </w:p>
    <w:p>
      <w:r>
        <w:rPr>
          <w:b w:val="0"/>
          <w:sz w:val="20"/>
        </w:rPr>
        <w:t>The Client agrees to pay the Service Provider the sum of $______________ for the services rendered under this Agreement.</w:t>
      </w:r>
    </w:p>
    <w:p>
      <w:r>
        <w:rPr>
          <w:b w:val="0"/>
          <w:sz w:val="20"/>
        </w:rPr>
        <w:t>Payment shall be due within ______ days of invoice receipt unless otherwise agreed.</w:t>
      </w:r>
    </w:p>
    <w:p>
      <w:r>
        <w:rPr>
          <w:b w:val="0"/>
          <w:sz w:val="20"/>
        </w:rPr>
        <w:t>Late payments may incur interest at the maximum rate permitted by law.</w:t>
      </w:r>
    </w:p>
    <w:p/>
    <w:p>
      <w:r>
        <w:rPr>
          <w:b/>
          <w:sz w:val="20"/>
        </w:rPr>
        <w:t>Client Responsibilities:</w:t>
      </w:r>
    </w:p>
    <w:p>
      <w:r>
        <w:rPr>
          <w:b w:val="0"/>
          <w:sz w:val="20"/>
        </w:rPr>
        <w:t>The Client agrees to provide access to the premises as necessary for service performance.</w:t>
      </w:r>
    </w:p>
    <w:p>
      <w:r>
        <w:rPr>
          <w:b w:val="0"/>
          <w:sz w:val="20"/>
        </w:rPr>
        <w:t>The Client shall remove or secure food, utensils, and personal items from treatment areas as instructed.</w:t>
      </w:r>
    </w:p>
    <w:p>
      <w:r>
        <w:rPr>
          <w:b w:val="0"/>
          <w:sz w:val="20"/>
        </w:rPr>
        <w:t>The Client shall notify the Service Provider of any known pest infestations or conditions that may affect service efficacy.</w:t>
      </w:r>
    </w:p>
    <w:p/>
    <w:p>
      <w:r>
        <w:rPr>
          <w:b/>
          <w:sz w:val="20"/>
        </w:rPr>
        <w:t>Service Provider Responsibilities:</w:t>
      </w:r>
    </w:p>
    <w:p>
      <w:r>
        <w:rPr>
          <w:b w:val="0"/>
          <w:sz w:val="20"/>
        </w:rPr>
        <w:t>The Service Provider shall perform all services in a professional, workmanlike manner, adhering to applicable federal, state, and local laws and regulations.</w:t>
      </w:r>
    </w:p>
    <w:p>
      <w:r>
        <w:rPr>
          <w:b w:val="0"/>
          <w:sz w:val="20"/>
        </w:rPr>
        <w:t>The Service Provider shall use EPA-registered pesticides and follow label instructions and safety protocols.</w:t>
      </w:r>
    </w:p>
    <w:p>
      <w:r>
        <w:rPr>
          <w:b w:val="0"/>
          <w:sz w:val="20"/>
        </w:rPr>
        <w:t>The Service Provider will provide the Client with a written service report after each visit detailing actions taken and recommendations.</w:t>
      </w:r>
    </w:p>
    <w:p/>
    <w:p>
      <w:r>
        <w:rPr>
          <w:b/>
          <w:sz w:val="20"/>
        </w:rPr>
        <w:t>Warranties and Guarantees:</w:t>
      </w:r>
    </w:p>
    <w:p>
      <w:r>
        <w:rPr>
          <w:b w:val="0"/>
          <w:sz w:val="20"/>
        </w:rPr>
        <w:t>The Service Provider warrants that services will be performed in accordance with industry standards.</w:t>
      </w:r>
    </w:p>
    <w:p>
      <w:r>
        <w:rPr>
          <w:b w:val="0"/>
          <w:sz w:val="20"/>
        </w:rPr>
        <w:t>The Service Provider does not guarantee complete eradication of pests, as pest control depends on many factors outside of the Provider's control.</w:t>
      </w:r>
    </w:p>
    <w:p>
      <w:r>
        <w:rPr>
          <w:b w:val="0"/>
          <w:sz w:val="20"/>
        </w:rPr>
        <w:t>Any warranty periods or guarantees shall be specified in writing and are subject to Client compliance with all recommendations.</w:t>
      </w:r>
    </w:p>
    <w:p/>
    <w:p>
      <w:r>
        <w:rPr>
          <w:b/>
          <w:sz w:val="20"/>
        </w:rPr>
        <w:t>Liability and Indemnification:</w:t>
      </w:r>
    </w:p>
    <w:p>
      <w:r>
        <w:rPr>
          <w:b w:val="0"/>
          <w:sz w:val="20"/>
        </w:rPr>
        <w:t>The Service Provider shall not be liable for damage to the Client's property unless caused by willful misconduct or gross negligence.</w:t>
      </w:r>
    </w:p>
    <w:p>
      <w:r>
        <w:rPr>
          <w:b w:val="0"/>
          <w:sz w:val="20"/>
        </w:rPr>
        <w:t>The Client agrees to indemnify, defend, and hold harmless the Service Provider, its employees, agents, and contractors from any claims, liabilities, damages, or expenses arising out of the Client’s failure to comply with this Agreement or misuse of treated areas.</w:t>
      </w:r>
    </w:p>
    <w:p/>
    <w:p>
      <w:r>
        <w:rPr>
          <w:b/>
          <w:sz w:val="20"/>
        </w:rPr>
        <w:t>Termination:</w:t>
      </w:r>
    </w:p>
    <w:p>
      <w:r>
        <w:rPr>
          <w:b w:val="0"/>
          <w:sz w:val="20"/>
        </w:rPr>
        <w:t>Either party may terminate this Agreement by providing written notice at least ______ days prior to the intended termination date.</w:t>
      </w:r>
    </w:p>
    <w:p>
      <w:r>
        <w:rPr>
          <w:b w:val="0"/>
          <w:sz w:val="20"/>
        </w:rPr>
        <w:t>Upon termination, the Client shall pay for all services rendered through the termination date.</w:t>
      </w:r>
    </w:p>
    <w:p/>
    <w:p>
      <w:r>
        <w:rPr>
          <w:b/>
          <w:sz w:val="20"/>
        </w:rPr>
        <w:t>Force Majeure:</w:t>
      </w:r>
    </w:p>
    <w:p>
      <w:r>
        <w:rPr>
          <w:b w:val="0"/>
          <w:sz w:val="20"/>
        </w:rPr>
        <w:t>Neither party shall be liable for failure or delay in performance due to causes beyond their reasonable control, including but not limited to natural disasters, acts of government, labor disputes, or pandemics.</w:t>
      </w:r>
    </w:p>
    <w:p/>
    <w:p>
      <w:r>
        <w:rPr>
          <w:b/>
          <w:sz w:val="20"/>
        </w:rPr>
        <w:t>Confidentiality:</w:t>
      </w:r>
    </w:p>
    <w:p>
      <w:r>
        <w:rPr>
          <w:b w:val="0"/>
          <w:sz w:val="20"/>
        </w:rPr>
        <w:t>Both parties agree to keep confidential all proprietary information and terms of this Agreement, except as required by law or court order.</w:t>
      </w:r>
    </w:p>
    <w:p/>
    <w:p>
      <w:r>
        <w:rPr>
          <w:b/>
          <w:sz w:val="20"/>
        </w:rPr>
        <w:t>Governing Law and Dispute Resolution:</w:t>
      </w:r>
    </w:p>
    <w:p>
      <w:r>
        <w:rPr>
          <w:b w:val="0"/>
          <w:sz w:val="20"/>
        </w:rPr>
        <w:t>This Agreement shall be governed by and construed in accordance with the laws of the state where the services are performed, without regard to conflict of law principles.</w:t>
      </w:r>
    </w:p>
    <w:p>
      <w:r>
        <w:rPr>
          <w:b w:val="0"/>
          <w:sz w:val="20"/>
        </w:rPr>
        <w:t>Any dispute arising out of or related to this Agreement shall be resolved first through good faith negotiations between the parties.</w:t>
      </w:r>
    </w:p>
    <w:p>
      <w:r>
        <w:rPr>
          <w:b w:val="0"/>
          <w:sz w:val="20"/>
        </w:rPr>
        <w:t>If negotiation fails, disputes shall be resolved by binding arbitration in accordance with the rules of the American Arbitration Association or another mutually agreed forum.</w:t>
      </w:r>
    </w:p>
    <w:p/>
    <w:p>
      <w:r>
        <w:rPr>
          <w:b/>
          <w:sz w:val="20"/>
        </w:rPr>
        <w:t>Entire Agreement:</w:t>
      </w:r>
    </w:p>
    <w:p>
      <w:r>
        <w:rPr>
          <w:b w:val="0"/>
          <w:sz w:val="20"/>
        </w:rPr>
        <w:t>This Agreement constitutes the entire understanding between the parties with respect to its subject matter and supersedes all prior discussions, agreements, or understandings of any kind.</w:t>
      </w:r>
    </w:p>
    <w:p>
      <w:r>
        <w:rPr>
          <w:b w:val="0"/>
          <w:sz w:val="20"/>
        </w:rPr>
        <w:t>Any modifications must be in writing and signed by both parties.</w:t>
      </w:r>
    </w:p>
    <w:p/>
    <w:p/>
    <w:p>
      <w:r>
        <w:rPr>
          <w:b w:val="0"/>
          <w:sz w:val="20"/>
        </w:rPr>
        <w:t>Place of Agreement: _______________________________________________</w:t>
      </w:r>
    </w:p>
    <w:p>
      <w:r>
        <w:rPr>
          <w:b w:val="0"/>
          <w:sz w:val="20"/>
        </w:rPr>
        <w:t>Date of Agreement: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https://agreementtemplate-us.com/pest-control-service-agreement/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pest-control-servic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