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AGREEMENT</w:t>
      </w:r>
    </w:p>
    <w:p/>
    <w:p>
      <w:r>
        <w:rPr>
          <w:b/>
          <w:sz w:val="20"/>
        </w:rPr>
        <w:t>This Payment Agreement (the “Agreement”) is entered into by and between the following parties:</w:t>
      </w:r>
    </w:p>
    <w:p/>
    <w:p>
      <w:r>
        <w:rPr>
          <w:b/>
          <w:sz w:val="20"/>
        </w:rPr>
        <w:t>Payer Information:</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Address: ______________________________________________________</w:t>
      </w:r>
    </w:p>
    <w:p/>
    <w:p>
      <w:r>
        <w:rPr>
          <w:b/>
          <w:sz w:val="20"/>
        </w:rPr>
        <w:t>Payee Information:</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Address: ______________________________________________________</w:t>
      </w:r>
    </w:p>
    <w:p/>
    <w:p>
      <w:r>
        <w:rPr>
          <w:b/>
          <w:sz w:val="20"/>
        </w:rPr>
        <w:t>RECITALS</w:t>
      </w:r>
    </w:p>
    <w:p>
      <w:r>
        <w:rPr>
          <w:b w:val="0"/>
          <w:sz w:val="20"/>
        </w:rPr>
        <w:t>WHEREAS, the Payer owes the Payee a sum of money according to the terms set forth herein;</w:t>
      </w:r>
    </w:p>
    <w:p>
      <w:r>
        <w:rPr>
          <w:b w:val="0"/>
          <w:sz w:val="20"/>
        </w:rPr>
        <w:t>WHEREAS, the parties desire to set forth the terms and conditions governing the payment and receipt of such sum;</w:t>
      </w:r>
    </w:p>
    <w:p>
      <w:r>
        <w:rPr>
          <w:b w:val="0"/>
          <w:sz w:val="20"/>
        </w:rPr>
        <w:t>NOW, THEREFORE, in consideration of the mutual covenants and promises contained herein, the parties agree as follows:</w:t>
      </w:r>
    </w:p>
    <w:p/>
    <w:p>
      <w:r>
        <w:rPr>
          <w:b/>
          <w:sz w:val="20"/>
        </w:rPr>
        <w:t>1. Payment Amount and Currency</w:t>
      </w:r>
    </w:p>
    <w:p>
      <w:r>
        <w:rPr>
          <w:b w:val="0"/>
          <w:sz w:val="20"/>
        </w:rPr>
        <w:t>The Payer agrees to pay the Payee the total sum of $________________ (USD) (the “Payment Amount”).</w:t>
      </w:r>
    </w:p>
    <w:p/>
    <w:p>
      <w:r>
        <w:rPr>
          <w:b/>
          <w:sz w:val="20"/>
        </w:rPr>
        <w:t>2. Payment Schedule</w:t>
      </w:r>
    </w:p>
    <w:p>
      <w:r>
        <w:rPr>
          <w:b w:val="0"/>
          <w:sz w:val="20"/>
        </w:rPr>
        <w:t>The Payment Amount shall be paid according to the following schedule:</w:t>
      </w:r>
    </w:p>
    <w:p>
      <w:r>
        <w:rPr>
          <w:b w:val="0"/>
          <w:sz w:val="20"/>
        </w:rPr>
        <w:t>- Initial Payment: $________________ due upon execution of this Agreement.</w:t>
      </w:r>
    </w:p>
    <w:p>
      <w:r>
        <w:rPr>
          <w:b w:val="0"/>
          <w:sz w:val="20"/>
        </w:rPr>
        <w:t>- Remaining Balance: $________________ due in full by ______________________.</w:t>
      </w:r>
    </w:p>
    <w:p>
      <w:r>
        <w:rPr>
          <w:b w:val="0"/>
          <w:sz w:val="20"/>
        </w:rPr>
        <w:t>Payments made after the due dates shall be considered late and may incur additional fees as specified in Section 6.</w:t>
      </w:r>
    </w:p>
    <w:p/>
    <w:p>
      <w:r>
        <w:rPr>
          <w:b/>
          <w:sz w:val="20"/>
        </w:rPr>
        <w:t>3. Method of Payment</w:t>
      </w:r>
    </w:p>
    <w:p>
      <w:r>
        <w:rPr>
          <w:b w:val="0"/>
          <w:sz w:val="20"/>
        </w:rPr>
        <w:t>Payments shall be made by the Payer to the Payee via the following method(s) (check all applicable):</w:t>
      </w:r>
    </w:p>
    <w:p>
      <w:r>
        <w:rPr>
          <w:b w:val="0"/>
          <w:sz w:val="20"/>
        </w:rPr>
        <w:t>- [  ] Bank Transfer (wire)</w:t>
      </w:r>
    </w:p>
    <w:p>
      <w:r>
        <w:rPr>
          <w:b w:val="0"/>
          <w:sz w:val="20"/>
        </w:rPr>
        <w:t>- [  ] Check</w:t>
      </w:r>
    </w:p>
    <w:p>
      <w:r>
        <w:rPr>
          <w:b w:val="0"/>
          <w:sz w:val="20"/>
        </w:rPr>
        <w:t>- [  ] Electronic Payment (e.g., PayPal, Venmo)</w:t>
      </w:r>
    </w:p>
    <w:p>
      <w:r>
        <w:rPr>
          <w:b w:val="0"/>
          <w:sz w:val="20"/>
        </w:rPr>
        <w:t>- [  ] Other: _____________________________________________________________</w:t>
      </w:r>
    </w:p>
    <w:p/>
    <w:p>
      <w:r>
        <w:rPr>
          <w:b/>
          <w:sz w:val="20"/>
        </w:rPr>
        <w:t>4. Late Payment</w:t>
      </w:r>
    </w:p>
    <w:p>
      <w:r>
        <w:rPr>
          <w:b w:val="0"/>
          <w:sz w:val="20"/>
        </w:rPr>
        <w:t>In the event any payment is not received by the due date, the Payer shall be liable to pay a late fee equal to ________% of the overdue amount for each month or partial month the payment remains outstanding. Interest shall accrue from the payment due date until paid in full.</w:t>
      </w:r>
    </w:p>
    <w:p/>
    <w:p>
      <w:r>
        <w:rPr>
          <w:b/>
          <w:sz w:val="20"/>
        </w:rPr>
        <w:t>5. Prepayment</w:t>
      </w:r>
    </w:p>
    <w:p>
      <w:r>
        <w:rPr>
          <w:b w:val="0"/>
          <w:sz w:val="20"/>
        </w:rPr>
        <w:t>The Payer may prepay all or any portion of the Payment Amount at any time without penalty. Prepayments shall be applied to the outstanding balance and reduce future payments accordingly.</w:t>
      </w:r>
    </w:p>
    <w:p/>
    <w:p>
      <w:r>
        <w:rPr>
          <w:b/>
          <w:sz w:val="20"/>
        </w:rPr>
        <w:t>6. Default</w:t>
      </w:r>
    </w:p>
    <w:p>
      <w:r>
        <w:rPr>
          <w:b w:val="0"/>
          <w:sz w:val="20"/>
        </w:rPr>
        <w:t>If the Payer fails to make any payment within ____ days after the due date, the Payee may declare the entire remaining balance immediately due and payable. The Payee reserves the right to pursue all remedies available at law or in equity to collect the outstanding amounts.</w:t>
      </w:r>
    </w:p>
    <w:p/>
    <w:p>
      <w:r>
        <w:rPr>
          <w:b/>
          <w:sz w:val="20"/>
        </w:rPr>
        <w:t>7. Representations and Warranties</w:t>
      </w:r>
    </w:p>
    <w:p>
      <w:r>
        <w:rPr>
          <w:b w:val="0"/>
          <w:sz w:val="20"/>
        </w:rPr>
        <w:t>Each party represents and warrants that it has the full right, power, and authority to enter into and perform its obligations under this Agreement and that the Agreement constitutes a legal, valid, and binding obligation enforceable according to its terms.</w:t>
      </w:r>
    </w:p>
    <w:p/>
    <w:p>
      <w:r>
        <w:rPr>
          <w:b/>
          <w:sz w:val="20"/>
        </w:rPr>
        <w:t>8. Governing Law and Jurisdiction</w:t>
      </w:r>
    </w:p>
    <w:p>
      <w:r>
        <w:rPr>
          <w:b w:val="0"/>
          <w:sz w:val="20"/>
        </w:rPr>
        <w:t>This Agreement shall be governed by and construed in accordance with the laws of the State of ____________________, without regard to its conflict of law principles. Any disputes arising out of or relating to this Agreement shall be subject to the exclusive jurisdiction of the state and federal courts located in ____________________.</w:t>
      </w:r>
    </w:p>
    <w:p/>
    <w:p>
      <w:r>
        <w:rPr>
          <w:b/>
          <w:sz w:val="20"/>
        </w:rPr>
        <w:t>9. Entire Agreement</w:t>
      </w:r>
    </w:p>
    <w:p>
      <w:r>
        <w:rPr>
          <w:b w:val="0"/>
          <w:sz w:val="20"/>
        </w:rPr>
        <w:t>This Agreement contains the entire understanding between the parties regarding the subject matter hereof and supersedes all prior agreements, understandings, negotiations, and discussions, whether oral or written.</w:t>
      </w:r>
    </w:p>
    <w:p/>
    <w:p>
      <w:r>
        <w:rPr>
          <w:b/>
          <w:sz w:val="20"/>
        </w:rPr>
        <w:t>10. Amendments</w:t>
      </w:r>
    </w:p>
    <w:p>
      <w:r>
        <w:rPr>
          <w:b w:val="0"/>
          <w:sz w:val="20"/>
        </w:rPr>
        <w:t>No amendment or modification of this Agreement shall be effective unless in writing and signed by authorized representatives of both parties.</w:t>
      </w:r>
    </w:p>
    <w:p/>
    <w:p>
      <w:r>
        <w:rPr>
          <w:b/>
          <w:sz w:val="20"/>
        </w:rPr>
        <w:t>11. Notices</w:t>
      </w:r>
    </w:p>
    <w:p>
      <w:r>
        <w:rPr>
          <w:b w:val="0"/>
          <w:sz w:val="20"/>
        </w:rPr>
        <w:t>All notices required or permitted under this Agreement shall be in writing and shall be deemed duly given when delivered personally, sent by certified mail, return receipt requested, or by a recognized overnight courier service, to the addresses set forth above or to such other address as either party may designate in writing.</w:t>
      </w:r>
    </w:p>
    <w:p/>
    <w:p>
      <w:r>
        <w:rPr>
          <w:b/>
          <w:sz w:val="20"/>
        </w:rPr>
        <w:t>12. Severability</w:t>
      </w:r>
    </w:p>
    <w:p>
      <w:r>
        <w:rPr>
          <w:b w:val="0"/>
          <w:sz w:val="20"/>
        </w:rPr>
        <w:t>If any provision of this Agreement is found to be invalid, illegal, or unenforceable, the remaining provisions shall continue in full force and effect to the maximum extent permitted by law.</w:t>
      </w:r>
    </w:p>
    <w:p/>
    <w:p>
      <w:r>
        <w:rPr>
          <w:b/>
          <w:sz w:val="20"/>
        </w:rPr>
        <w:t>13. Waiver</w:t>
      </w:r>
    </w:p>
    <w:p>
      <w:r>
        <w:rPr>
          <w:b w:val="0"/>
          <w:sz w:val="20"/>
        </w:rPr>
        <w:t>The failure of either party to enforce any right or provision of this Agreement shall not be deemed a waiver of such right or provision unless acknowledged and agreed to in writing by the waiving party.</w:t>
      </w:r>
    </w:p>
    <w:p/>
    <w:p>
      <w:r>
        <w:rPr>
          <w:b/>
          <w:sz w:val="20"/>
        </w:rPr>
        <w:t>14. Counterparts</w:t>
      </w:r>
    </w:p>
    <w:p>
      <w:r>
        <w:rPr>
          <w:b w:val="0"/>
          <w:sz w:val="20"/>
        </w:rPr>
        <w:t>This Agreement may be executed in counterparts, each of which shall be deemed an original, and all of which together shall constitute one and the same instrument.</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https://agreementtemplate-us.com/payment-agreement/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paymen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