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NEW YORK STATE OPERATING AGREEMENT</w:t>
      </w:r>
    </w:p>
    <w:p/>
    <w:p/>
    <w:p>
      <w:r>
        <w:rPr>
          <w:b w:val="0"/>
          <w:sz w:val="20"/>
        </w:rPr>
        <w:t>This Operating Agreement (the "Agreement") is entered into by and among the Members listed herein (each a "Member" and collectively the "Members") of the Limited Liability Company governed by the laws of the State of New York (the "Company"). This Agreement sets forth the terms and conditions governing the operation and management of the Company.</w:t>
      </w:r>
    </w:p>
    <w:p/>
    <w:p/>
    <w:p>
      <w:r>
        <w:rPr>
          <w:b/>
          <w:sz w:val="22"/>
        </w:rPr>
        <w:t>Article I – Formation</w:t>
      </w:r>
    </w:p>
    <w:p>
      <w:r>
        <w:rPr>
          <w:b w:val="0"/>
          <w:sz w:val="20"/>
        </w:rPr>
        <w:t>1.1 Formation. The Members hereby form a Limited Liability Company pursuant to and in accordance with the New York Limited Liability Company Law and the terms of this Agreement.</w:t>
      </w:r>
    </w:p>
    <w:p>
      <w:r>
        <w:rPr>
          <w:b w:val="0"/>
          <w:sz w:val="20"/>
        </w:rPr>
        <w:t>1.2 Name. The name of the Company is: ____________________________________________</w:t>
      </w:r>
    </w:p>
    <w:p>
      <w:r>
        <w:rPr>
          <w:b w:val="0"/>
          <w:sz w:val="20"/>
        </w:rPr>
        <w:t>1.3 Principal Place of Business. The principal place of business of the Company is: ____________________________________________</w:t>
      </w:r>
    </w:p>
    <w:p>
      <w:r>
        <w:rPr>
          <w:b w:val="0"/>
          <w:sz w:val="20"/>
        </w:rPr>
        <w:t>1.4 Registered Agent and Office. The Company's registered agent and registered office in New York State are: ____________________________________________</w:t>
      </w:r>
    </w:p>
    <w:p/>
    <w:p>
      <w:r>
        <w:rPr>
          <w:b/>
          <w:sz w:val="22"/>
        </w:rPr>
        <w:t>Article II – Purpose</w:t>
      </w:r>
    </w:p>
    <w:p>
      <w:r>
        <w:rPr>
          <w:b w:val="0"/>
          <w:sz w:val="20"/>
        </w:rPr>
        <w:t>The purpose of the Company is to engage in any lawful business activity permitted under New York law and as agreed upon by the Members.</w:t>
      </w:r>
    </w:p>
    <w:p/>
    <w:p>
      <w:r>
        <w:rPr>
          <w:b/>
          <w:sz w:val="22"/>
        </w:rPr>
        <w:t>Article III – Term</w:t>
      </w:r>
    </w:p>
    <w:p>
      <w:r>
        <w:rPr>
          <w:b w:val="0"/>
          <w:sz w:val="20"/>
        </w:rPr>
        <w:t>The term of the Company shall commence on the filing date of the Articles of Organization with the New York Department of State and shall continue perpetually until dissolved according to this Agreement or applicable law.</w:t>
      </w:r>
    </w:p>
    <w:p/>
    <w:p>
      <w:r>
        <w:rPr>
          <w:b/>
          <w:sz w:val="22"/>
        </w:rPr>
        <w:t>Article IV – Members and Capital Contributions</w:t>
      </w:r>
    </w:p>
    <w:p>
      <w:r>
        <w:rPr>
          <w:b w:val="0"/>
          <w:sz w:val="20"/>
        </w:rPr>
        <w:t>4.1 Members. The names, addresses, and initial capital contributions of the Members are as follows:</w:t>
      </w:r>
    </w:p>
    <w:tbl>
      <w:tblPr>
        <w:tblW w:type="auto" w:w="0"/>
        <w:tblLook w:firstColumn="1" w:firstRow="1" w:lastColumn="0" w:lastRow="0" w:noHBand="0" w:noVBand="1" w:val="04A0"/>
      </w:tblPr>
      <w:tblGrid>
        <w:gridCol w:w="3324"/>
        <w:gridCol w:w="3324"/>
        <w:gridCol w:w="3324"/>
      </w:tblGrid>
      <w:tr>
        <w:tc>
          <w:tcPr>
            <w:tcW w:type="dxa" w:w="3324"/>
          </w:tcPr>
          <w:p>
            <w:r>
              <w:t>Member Name</w:t>
            </w:r>
          </w:p>
        </w:tc>
        <w:tc>
          <w:tcPr>
            <w:tcW w:type="dxa" w:w="3324"/>
          </w:tcPr>
          <w:p>
            <w:r>
              <w:t>Address</w:t>
            </w:r>
          </w:p>
        </w:tc>
        <w:tc>
          <w:tcPr>
            <w:tcW w:type="dxa" w:w="3324"/>
          </w:tcPr>
          <w:p>
            <w:r>
              <w:t>Initial Capital Contribution (USD)</w:t>
            </w:r>
          </w:p>
        </w:tc>
      </w:tr>
    </w:tbl>
    <w:p/>
    <w:p>
      <w:r>
        <w:rPr>
          <w:b w:val="0"/>
          <w:sz w:val="20"/>
        </w:rPr>
        <w:t>4.2 Additional Contributions. No Member shall be required to make additional capital contributions. Any additional contributions shall be made only with the unanimous consent of all Members.</w:t>
      </w:r>
    </w:p>
    <w:p/>
    <w:p>
      <w:r>
        <w:rPr>
          <w:b w:val="0"/>
          <w:sz w:val="20"/>
        </w:rPr>
        <w:t>4.3 Capital Accounts. A capital account shall be maintained for each Member reflecting the Member's capital contributions, allocations, and distributions as required by applicable tax law.</w:t>
      </w:r>
    </w:p>
    <w:p/>
    <w:p>
      <w:r>
        <w:rPr>
          <w:b/>
          <w:sz w:val="22"/>
        </w:rPr>
        <w:t>Article V – Allocations and Distributions</w:t>
      </w:r>
    </w:p>
    <w:p>
      <w:r>
        <w:rPr>
          <w:b w:val="0"/>
          <w:sz w:val="20"/>
        </w:rPr>
        <w:t>5.1 Allocations of Profits and Losses. Profits and losses of the Company shall be allocated among the Members in proportion to their respective Percentage Interests as set forth herein.</w:t>
      </w:r>
    </w:p>
    <w:p>
      <w:r>
        <w:rPr>
          <w:b w:val="0"/>
          <w:sz w:val="20"/>
        </w:rPr>
        <w:t>5.2 Distributions. Distributions of cash or other assets shall be made to the Members at such times and in such amounts as determined by the Members, in proportion to their Percentage Interests, subject to applicable law and the availability of funds.</w:t>
      </w:r>
    </w:p>
    <w:p/>
    <w:p>
      <w:r>
        <w:rPr>
          <w:b/>
          <w:sz w:val="22"/>
        </w:rPr>
        <w:t>Article VI – Management</w:t>
      </w:r>
    </w:p>
    <w:p>
      <w:r>
        <w:rPr>
          <w:b w:val="0"/>
          <w:sz w:val="20"/>
        </w:rPr>
        <w:t>6.1 Management by Members. The Company shall be managed by its Members. Each Member shall have authority to act on behalf of the Company as provided herein.</w:t>
      </w:r>
    </w:p>
    <w:p>
      <w:r>
        <w:rPr>
          <w:b w:val="0"/>
          <w:sz w:val="20"/>
        </w:rPr>
        <w:t>6.2 Voting. Each Member shall have voting power equal to their Percentage Interest. Except as otherwise provided, decisions shall be made by majority vote of the Members.</w:t>
      </w:r>
    </w:p>
    <w:p>
      <w:r>
        <w:rPr>
          <w:b w:val="0"/>
          <w:sz w:val="20"/>
        </w:rPr>
        <w:t>6.3 Meetings. Meetings of Members may be called by any Member upon reasonable notice to all other Members.</w:t>
      </w:r>
    </w:p>
    <w:p>
      <w:r>
        <w:rPr>
          <w:b w:val="0"/>
          <w:sz w:val="20"/>
        </w:rPr>
        <w:t>6.4 Officers. The Members may appoint officers as deemed necessary to manage daily operations.</w:t>
      </w:r>
    </w:p>
    <w:p/>
    <w:p>
      <w:r>
        <w:rPr>
          <w:b/>
          <w:sz w:val="22"/>
        </w:rPr>
        <w:t>Article VII – Rights and Duties of Members</w:t>
      </w:r>
    </w:p>
    <w:p>
      <w:r>
        <w:rPr>
          <w:b w:val="0"/>
          <w:sz w:val="20"/>
        </w:rPr>
        <w:t>7.1 Fiduciary Duties. Members shall owe to the Company and to each other the duties of loyalty and care as provided under New York law, subject to any limitations set forth herein.</w:t>
      </w:r>
    </w:p>
    <w:p>
      <w:r>
        <w:rPr>
          <w:b w:val="0"/>
          <w:sz w:val="20"/>
        </w:rPr>
        <w:t>7.2 Information. Members shall have the right to obtain information regarding the business and affairs of the Company as reasonably requested.</w:t>
      </w:r>
    </w:p>
    <w:p>
      <w:r>
        <w:rPr>
          <w:b w:val="0"/>
          <w:sz w:val="20"/>
        </w:rPr>
        <w:t>7.3 Transfer of Membership Interests. No Member may transfer or assign any part of their Membership Interest without the prior unanimous written consent of the other Members, except as otherwise permitted herein.</w:t>
      </w:r>
    </w:p>
    <w:p/>
    <w:p>
      <w:r>
        <w:rPr>
          <w:b/>
          <w:sz w:val="22"/>
        </w:rPr>
        <w:t>Article VIII – Books, Records and Tax Matters</w:t>
      </w:r>
    </w:p>
    <w:p>
      <w:r>
        <w:rPr>
          <w:b w:val="0"/>
          <w:sz w:val="20"/>
        </w:rPr>
        <w:t>8.1 Books and Records. The Company shall maintain complete and accurate books and records of its operations and affairs at its principal place of business.</w:t>
      </w:r>
    </w:p>
    <w:p>
      <w:r>
        <w:rPr>
          <w:b w:val="0"/>
          <w:sz w:val="20"/>
        </w:rPr>
        <w:t>8.2 Fiscal Year. The Company's fiscal year shall end on December 31 of each year.</w:t>
      </w:r>
    </w:p>
    <w:p>
      <w:r>
        <w:rPr>
          <w:b w:val="0"/>
          <w:sz w:val="20"/>
        </w:rPr>
        <w:t>8.3 Tax Treatment. The Company shall be treated as a partnership for federal and state income tax purposes unless otherwise required by law.</w:t>
      </w:r>
    </w:p>
    <w:p>
      <w:r>
        <w:rPr>
          <w:b w:val="0"/>
          <w:sz w:val="20"/>
        </w:rPr>
        <w:t>8.4 Tax Matters Partner. The Members shall designate a Tax Matters Partner to represent the Company in all tax matters.</w:t>
      </w:r>
    </w:p>
    <w:p/>
    <w:p>
      <w:r>
        <w:rPr>
          <w:b/>
          <w:sz w:val="22"/>
        </w:rPr>
        <w:t>Article IX – Dissolution and Winding Up</w:t>
      </w:r>
    </w:p>
    <w:p>
      <w:r>
        <w:rPr>
          <w:b w:val="0"/>
          <w:sz w:val="20"/>
        </w:rPr>
        <w:t>9.1 Events of Dissolution. The Company shall be dissolved upon the occurrence of any of the following:</w:t>
      </w:r>
    </w:p>
    <w:p>
      <w:r>
        <w:rPr>
          <w:b w:val="0"/>
          <w:sz w:val="20"/>
        </w:rPr>
        <w:t>- The unanimous written consent of the Members;</w:t>
      </w:r>
    </w:p>
    <w:p>
      <w:r>
        <w:rPr>
          <w:b w:val="0"/>
          <w:sz w:val="20"/>
        </w:rPr>
        <w:t>- Entry of a decree of judicial dissolution under the New York Limited Liability Company Law;</w:t>
      </w:r>
    </w:p>
    <w:p>
      <w:r>
        <w:rPr>
          <w:b w:val="0"/>
          <w:sz w:val="20"/>
        </w:rPr>
        <w:t>- Any other event requiring dissolution under applicable law or this Agreement.</w:t>
      </w:r>
    </w:p>
    <w:p>
      <w:r>
        <w:rPr>
          <w:b w:val="0"/>
          <w:sz w:val="20"/>
        </w:rPr>
        <w:t>9.2 Winding Up. Upon dissolution, the Company shall wind up its affairs, liquidate its assets, pay or provide for liabilities, and distribute remaining assets to the Members in accordance with their respective Capital Accounts and applicable law.</w:t>
      </w:r>
    </w:p>
    <w:p/>
    <w:p>
      <w:r>
        <w:rPr>
          <w:b/>
          <w:sz w:val="22"/>
        </w:rPr>
        <w:t>Article X – Indemnification and Liability</w:t>
      </w:r>
    </w:p>
    <w:p>
      <w:r>
        <w:rPr>
          <w:b w:val="0"/>
          <w:sz w:val="20"/>
        </w:rPr>
        <w:t>10.1 Indemnification. The Company shall indemnify any Member or officer to the fullest extent permitted by law against any liabilities and expenses incurred in connection with the Company.</w:t>
      </w:r>
    </w:p>
    <w:p>
      <w:r>
        <w:rPr>
          <w:b w:val="0"/>
          <w:sz w:val="20"/>
        </w:rPr>
        <w:t>10.2 Limitation of Liability. No Member shall be personally liable for the debts, liabilities, or obligations of the Company beyond their capital contributions, except as otherwise provided by law.</w:t>
      </w:r>
    </w:p>
    <w:p/>
    <w:p>
      <w:r>
        <w:rPr>
          <w:b/>
          <w:sz w:val="22"/>
        </w:rPr>
        <w:t>Article XI – Miscellaneous</w:t>
      </w:r>
    </w:p>
    <w:p>
      <w:r>
        <w:rPr>
          <w:b w:val="0"/>
          <w:sz w:val="20"/>
        </w:rPr>
        <w:t>11.1 Amendments. This Agreement may be amended only by written consent of all Members.</w:t>
      </w:r>
    </w:p>
    <w:p>
      <w:r>
        <w:rPr>
          <w:b w:val="0"/>
          <w:sz w:val="20"/>
        </w:rPr>
        <w:t>11.2 Governing Law. This Agreement shall be governed by and construed in accordance with the laws of the State of New York, without regard to conflict of laws principles.</w:t>
      </w:r>
    </w:p>
    <w:p>
      <w:r>
        <w:rPr>
          <w:b w:val="0"/>
          <w:sz w:val="20"/>
        </w:rPr>
        <w:t>11.3 Severability. If any provision of this Agreement is held to be invalid or unenforceable, the remaining provisions shall remain in full force and effect.</w:t>
      </w:r>
    </w:p>
    <w:p>
      <w:r>
        <w:rPr>
          <w:b w:val="0"/>
          <w:sz w:val="20"/>
        </w:rPr>
        <w:t>11.4 Entire Agreement. This Agreement constitutes the entire agreement among the Members with respect to the subject matter hereof and supersedes all prior agreements and understandings.</w:t>
      </w:r>
    </w:p>
    <w:p>
      <w:r>
        <w:rPr>
          <w:b w:val="0"/>
          <w:sz w:val="20"/>
        </w:rPr>
        <w:t>11.5 Notices. All notices required or permitted under this Agreement shall be in writing and delivered personally, by courier, or by certified mail to the Members at their addresses set forth herein or as updated.</w:t>
      </w:r>
    </w:p>
    <w:p>
      <w:r>
        <w:rPr>
          <w:b w:val="0"/>
          <w:sz w:val="20"/>
        </w:rPr>
        <w:t>11.6 Counterparts. This Agreement may be executed in multiple counterparts, each of which shall be deemed an original, but all of which together shall constitute one and the same instrument.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MEMBER</w:t>
            </w:r>
          </w:p>
        </w:tc>
        <w:tc>
          <w:tcPr>
            <w:tcW w:type="dxa" w:w="4986"/>
            <w:tcBorders>
              <w:top w:val="nil"/>
              <w:left w:val="nil"/>
              <w:bottom w:val="nil"/>
              <w:right w:val="nil"/>
              <w:insideH w:val="nil"/>
              <w:insideV w:val="nil"/>
            </w:tcBorders>
          </w:tcPr>
          <w:p>
            <w:pPr>
              <w:jc w:val="center"/>
            </w:pPr>
            <w:r>
              <w:t>MEMBER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https://agreementtemplate-us.com/nys-operating-agreement/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nys-operating-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