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MOBILE HOME PURCHASE AGREEMENT</w:t>
      </w:r>
    </w:p>
    <w:p/>
    <w:p>
      <w:r>
        <w:rPr>
          <w:b w:val="0"/>
          <w:sz w:val="20"/>
        </w:rPr>
        <w:t>Place: ____________________________    Date: ____________________________</w:t>
      </w:r>
    </w:p>
    <w:p/>
    <w:p>
      <w:r>
        <w:rPr>
          <w:b/>
          <w:sz w:val="20"/>
        </w:rPr>
        <w:t>Seller Information:</w:t>
      </w:r>
    </w:p>
    <w:p>
      <w:r>
        <w:rPr>
          <w:b w:val="0"/>
          <w:sz w:val="20"/>
        </w:rPr>
        <w:t>Full Name: ____________________________________________________________</w:t>
      </w:r>
    </w:p>
    <w:p>
      <w:r>
        <w:rPr>
          <w:b w:val="0"/>
          <w:sz w:val="20"/>
        </w:rPr>
        <w:t>Driver’s License or ID Number: 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Driver’s License or ID Number: 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Mobile Home Information:</w:t>
      </w:r>
    </w:p>
    <w:p>
      <w:r>
        <w:rPr>
          <w:b w:val="0"/>
          <w:sz w:val="20"/>
        </w:rPr>
        <w:t>Make/Model: __________________________________________________________</w:t>
      </w:r>
    </w:p>
    <w:p>
      <w:r>
        <w:rPr>
          <w:b w:val="0"/>
          <w:sz w:val="20"/>
        </w:rPr>
        <w:t>Year of Manufacture: _________________________________________________</w:t>
      </w:r>
    </w:p>
    <w:p>
      <w:r>
        <w:rPr>
          <w:b w:val="0"/>
          <w:sz w:val="20"/>
        </w:rPr>
        <w:t>VIN or Serial Number: ________________________________________________</w:t>
      </w:r>
    </w:p>
    <w:p>
      <w:r>
        <w:rPr>
          <w:b w:val="0"/>
          <w:sz w:val="20"/>
        </w:rPr>
        <w:t>Size (Length x Width): _______________________________________________</w:t>
      </w:r>
    </w:p>
    <w:p>
      <w:r>
        <w:rPr>
          <w:b w:val="0"/>
          <w:sz w:val="20"/>
        </w:rPr>
        <w:t>Location of Mobile Home: _____________________________________________</w:t>
      </w:r>
    </w:p>
    <w:p>
      <w:r>
        <w:rPr>
          <w:b w:val="0"/>
          <w:sz w:val="20"/>
        </w:rPr>
        <w:t>Condition: ___________________________________________________________</w:t>
      </w:r>
    </w:p>
    <w:p/>
    <w:p>
      <w:r>
        <w:rPr>
          <w:b/>
          <w:sz w:val="20"/>
        </w:rPr>
        <w:t>Title and Registration:</w:t>
      </w:r>
    </w:p>
    <w:p>
      <w:r>
        <w:rPr>
          <w:b w:val="0"/>
          <w:sz w:val="20"/>
        </w:rPr>
        <w:t>Seller represents having full legal ownership and authority to sell the mobile home free of all liens, encumbrances, and claims.</w:t>
      </w:r>
    </w:p>
    <w:p>
      <w:r>
        <w:rPr>
          <w:b w:val="0"/>
          <w:sz w:val="20"/>
        </w:rPr>
        <w:t>Title or registration number (if applicable): _________________________</w:t>
      </w:r>
    </w:p>
    <w:p>
      <w:r>
        <w:rPr>
          <w:b w:val="0"/>
          <w:sz w:val="20"/>
        </w:rPr>
        <w:t>Seller shall provide all necessary documents to transfer ownership upon completion of sale.</w:t>
      </w:r>
    </w:p>
    <w:p/>
    <w:p>
      <w:r>
        <w:rPr>
          <w:b/>
          <w:sz w:val="20"/>
        </w:rPr>
        <w:t>Purchase Price and Payment Terms:</w:t>
      </w:r>
    </w:p>
    <w:p>
      <w:r>
        <w:rPr>
          <w:b w:val="0"/>
          <w:sz w:val="20"/>
        </w:rPr>
        <w:t>Total Purchase Price: ________________ USD</w:t>
      </w:r>
    </w:p>
    <w:p>
      <w:r>
        <w:rPr>
          <w:b w:val="0"/>
          <w:sz w:val="20"/>
        </w:rPr>
        <w:t>Deposit Amount (if any): ________________ USD</w:t>
      </w:r>
    </w:p>
    <w:p>
      <w:r>
        <w:rPr>
          <w:b w:val="0"/>
          <w:sz w:val="20"/>
        </w:rPr>
        <w:t>Balance Due: ________________ USD</w:t>
      </w:r>
    </w:p>
    <w:p>
      <w:r>
        <w:rPr>
          <w:b w:val="0"/>
          <w:sz w:val="20"/>
        </w:rPr>
        <w:t>Payment Method and Schedule: ________________________________________</w:t>
      </w:r>
    </w:p>
    <w:p/>
    <w:p>
      <w:r>
        <w:rPr>
          <w:b/>
          <w:sz w:val="20"/>
        </w:rPr>
        <w:t>Closing and Delivery:</w:t>
      </w:r>
    </w:p>
    <w:p>
      <w:r>
        <w:rPr>
          <w:b w:val="0"/>
          <w:sz w:val="20"/>
        </w:rPr>
        <w:t>Closing shall occur at the agreed place between the parties upon receipt of full payment.</w:t>
      </w:r>
    </w:p>
    <w:p>
      <w:r>
        <w:rPr>
          <w:b w:val="0"/>
          <w:sz w:val="20"/>
        </w:rPr>
        <w:t>Seller shall deliver possession of the mobile home in the condition described herein at closing.</w:t>
      </w:r>
    </w:p>
    <w:p>
      <w:r>
        <w:rPr>
          <w:b w:val="0"/>
          <w:sz w:val="20"/>
        </w:rPr>
        <w:t>Risk of loss or damage shall pass to the Buyer upon delivery.</w:t>
      </w:r>
    </w:p>
    <w:p/>
    <w:p>
      <w:r>
        <w:rPr>
          <w:b/>
          <w:sz w:val="20"/>
        </w:rPr>
        <w:t>Inspections and Condition:</w:t>
      </w:r>
    </w:p>
    <w:p>
      <w:r>
        <w:rPr>
          <w:b w:val="0"/>
          <w:sz w:val="20"/>
        </w:rPr>
        <w:t>Buyer acknowledges having had the opportunity to inspect the mobile home and accepts its present condition as-is, with all faults and defects, whether apparent or latent.</w:t>
      </w:r>
    </w:p>
    <w:p>
      <w:r>
        <w:rPr>
          <w:b w:val="0"/>
          <w:sz w:val="20"/>
        </w:rPr>
        <w:t>Buyer agrees that the purchase is made without warranty, except those expressly stated in this agreement.</w:t>
      </w:r>
    </w:p>
    <w:p/>
    <w:p>
      <w:r>
        <w:rPr>
          <w:b/>
          <w:sz w:val="20"/>
        </w:rPr>
        <w:t>Warranties and Disclaimers:</w:t>
      </w:r>
    </w:p>
    <w:p>
      <w:r>
        <w:rPr>
          <w:b w:val="0"/>
          <w:sz w:val="20"/>
        </w:rPr>
        <w:t>Seller expressly disclaims any warranties, express or implied, including but not limited to warranties of merchantability or fitness for a particular purpose, except as otherwise provided herein.</w:t>
      </w:r>
    </w:p>
    <w:p>
      <w:r>
        <w:rPr>
          <w:b w:val="0"/>
          <w:sz w:val="20"/>
        </w:rPr>
        <w:t>Seller warrants that the mobile home is free of all liens and encumbrances, except as disclosed in writing to Buyer.</w:t>
      </w:r>
    </w:p>
    <w:p/>
    <w:p>
      <w:r>
        <w:rPr>
          <w:b/>
          <w:sz w:val="20"/>
        </w:rPr>
        <w:t>Default and Remedies:</w:t>
      </w:r>
    </w:p>
    <w:p>
      <w:r>
        <w:rPr>
          <w:b w:val="0"/>
          <w:sz w:val="20"/>
        </w:rPr>
        <w:t>In the event Buyer fails to pay the purchase price or perform any other obligation under this agreement, Seller may retain any deposit as liquidated damages and pursue any other remedies available by law.</w:t>
      </w:r>
    </w:p>
    <w:p>
      <w:r>
        <w:rPr>
          <w:b w:val="0"/>
          <w:sz w:val="20"/>
        </w:rPr>
        <w:t>If Seller defaults, Buyer may seek specific performance, damages, or return of any deposits paid.</w:t>
      </w:r>
    </w:p>
    <w:p/>
    <w:p>
      <w:r>
        <w:rPr>
          <w:b/>
          <w:sz w:val="20"/>
        </w:rPr>
        <w:t>Taxes and Fees:</w:t>
      </w:r>
    </w:p>
    <w:p>
      <w:r>
        <w:rPr>
          <w:b w:val="0"/>
          <w:sz w:val="20"/>
        </w:rPr>
        <w:t>Buyer shall be responsible for all taxes, fees, and costs associated with the transfer of ownership, registration, and any other governmental charges.</w:t>
      </w:r>
    </w:p>
    <w:p>
      <w:r>
        <w:rPr>
          <w:b w:val="0"/>
          <w:sz w:val="20"/>
        </w:rPr>
        <w:t>Seller shall pay any outstanding property taxes or assessments due through the date of closing.</w:t>
      </w:r>
    </w:p>
    <w:p/>
    <w:p>
      <w:r>
        <w:rPr>
          <w:b/>
          <w:sz w:val="20"/>
        </w:rPr>
        <w:t>Maintenance and Repairs:</w:t>
      </w:r>
    </w:p>
    <w:p>
      <w:r>
        <w:rPr>
          <w:b w:val="0"/>
          <w:sz w:val="20"/>
        </w:rPr>
        <w:t>Seller shall maintain the mobile home in its current condition and shall disclose any known defects or needed repairs prior to closing.</w:t>
      </w:r>
    </w:p>
    <w:p>
      <w:r>
        <w:rPr>
          <w:b w:val="0"/>
          <w:sz w:val="20"/>
        </w:rPr>
        <w:t>After closing, Buyer assumes all responsibility for maintenance, repairs, and compliance with applicable laws and regulations.</w:t>
      </w:r>
    </w:p>
    <w:p/>
    <w:p>
      <w:r>
        <w:rPr>
          <w:b/>
          <w:sz w:val="20"/>
        </w:rPr>
        <w:t>Governing Law and Venue:</w:t>
      </w:r>
    </w:p>
    <w:p>
      <w:r>
        <w:rPr>
          <w:b w:val="0"/>
          <w:sz w:val="20"/>
        </w:rPr>
        <w:t>This Agreement shall be governed by and construed in accordance with the laws of the State where the mobile home is located.</w:t>
      </w:r>
    </w:p>
    <w:p>
      <w:r>
        <w:rPr>
          <w:b w:val="0"/>
          <w:sz w:val="20"/>
        </w:rPr>
        <w:t>Any disputes arising out of or relating to this Agreement shall be resolved exclusively in the courts located within that State.</w:t>
      </w:r>
    </w:p>
    <w:p/>
    <w:p>
      <w:r>
        <w:rPr>
          <w:b/>
          <w:sz w:val="20"/>
        </w:rPr>
        <w:t>Entire Agreement:</w:t>
      </w:r>
    </w:p>
    <w:p>
      <w:r>
        <w:rPr>
          <w:b w:val="0"/>
          <w:sz w:val="20"/>
        </w:rPr>
        <w:t>This Agreement constitutes the entire understanding between the parties and supersedes all prior negotiations, agreements, or understandings, whether written or oral.</w:t>
      </w:r>
    </w:p>
    <w:p>
      <w:r>
        <w:rPr>
          <w:b w:val="0"/>
          <w:sz w:val="20"/>
        </w:rPr>
        <w:t>Any amendments or modifications must be in writing and signed by both parties.</w:t>
      </w:r>
    </w:p>
    <w:p/>
    <w:p>
      <w:r>
        <w:rPr>
          <w:b/>
          <w:sz w:val="20"/>
        </w:rPr>
        <w:t>Severability:</w:t>
      </w:r>
    </w:p>
    <w:p>
      <w:r>
        <w:rPr>
          <w:b w:val="0"/>
          <w:sz w:val="20"/>
        </w:rPr>
        <w:t>If any provision of this Agreement is held to be invalid or unenforceable, the remaining provisions shall continue in full force and effect.</w:t>
      </w:r>
    </w:p>
    <w:p/>
    <w:p>
      <w:r>
        <w:rPr>
          <w:b/>
          <w:sz w:val="20"/>
        </w:rPr>
        <w:t>Notices:</w:t>
      </w:r>
    </w:p>
    <w:p>
      <w:r>
        <w:rPr>
          <w:b w:val="0"/>
          <w:sz w:val="20"/>
        </w:rPr>
        <w:t>Any notice required or permitted under this Agreement shall be in writing and delivered personally or sent by certified mail, return receipt requested, to the addresses stated herein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https://agreementtemplate-us.com/mobile-home-purchase-agreement/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obile-home-purchas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