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MARITAL SETTLEMENT AGREEMENT</w:t>
      </w:r>
    </w:p>
    <w:p/>
    <w:p/>
    <w:p>
      <w:r>
        <w:rPr>
          <w:b w:val="0"/>
          <w:sz w:val="20"/>
        </w:rPr>
        <w:t>This Marital Settlement Agreement (the “Agreement”) is made by and between the following parties:</w:t>
      </w:r>
    </w:p>
    <w:p/>
    <w:p>
      <w:r>
        <w:rPr>
          <w:b/>
          <w:sz w:val="20"/>
        </w:rPr>
        <w:t>Husband:</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Date of Birth: _________________________________________________________</w:t>
      </w:r>
    </w:p>
    <w:p/>
    <w:p>
      <w:r>
        <w:rPr>
          <w:b/>
          <w:sz w:val="20"/>
        </w:rPr>
        <w:t>Wife:</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Date of Birth: _________________________________________________________</w:t>
      </w:r>
    </w:p>
    <w:p/>
    <w:p/>
    <w:p>
      <w:r>
        <w:rPr>
          <w:b/>
          <w:sz w:val="20"/>
        </w:rPr>
        <w:t>RECITALS</w:t>
      </w:r>
    </w:p>
    <w:p>
      <w:r>
        <w:rPr>
          <w:b w:val="0"/>
          <w:sz w:val="20"/>
        </w:rPr>
        <w:t>WHEREAS, the parties were lawfully married on _______________________________;</w:t>
      </w:r>
    </w:p>
    <w:p>
      <w:r>
        <w:rPr>
          <w:b w:val="0"/>
          <w:sz w:val="20"/>
        </w:rPr>
        <w:t>WHEREAS, irreconcilable differences have arisen between the parties leading to the decision to dissolve their marriage;</w:t>
      </w:r>
    </w:p>
    <w:p>
      <w:r>
        <w:rPr>
          <w:b w:val="0"/>
          <w:sz w:val="20"/>
        </w:rPr>
        <w:t>WHEREAS, the parties desire to settle their rights and obligations arising from their marital relationship amicably and in full compliance with applicable laws of the United States;</w:t>
      </w:r>
    </w:p>
    <w:p>
      <w:r>
        <w:rPr>
          <w:b w:val="0"/>
          <w:sz w:val="20"/>
        </w:rPr>
        <w:t>NOW, THEREFORE, in consideration of the mutual covenants and promises contained herein, the parties agree as follows:</w:t>
      </w:r>
    </w:p>
    <w:p/>
    <w:p/>
    <w:p>
      <w:r>
        <w:rPr>
          <w:b/>
          <w:sz w:val="20"/>
        </w:rPr>
        <w:t>1. Separation</w:t>
      </w:r>
    </w:p>
    <w:p>
      <w:r>
        <w:rPr>
          <w:b w:val="0"/>
          <w:sz w:val="20"/>
        </w:rPr>
        <w:t>The parties shall live separate and apart from each other, each free from interference, harassment, authority, or control by the other, and each may reside at such place or places as he or she shall select.</w:t>
      </w:r>
    </w:p>
    <w:p/>
    <w:p>
      <w:r>
        <w:rPr>
          <w:b/>
          <w:sz w:val="20"/>
        </w:rPr>
        <w:t>2. Property Division</w:t>
      </w:r>
    </w:p>
    <w:p>
      <w:r>
        <w:rPr>
          <w:b w:val="0"/>
          <w:sz w:val="20"/>
        </w:rPr>
        <w:t>2.1 Marital Property Identification</w:t>
      </w:r>
    </w:p>
    <w:p>
      <w:r>
        <w:rPr>
          <w:b w:val="0"/>
          <w:sz w:val="20"/>
        </w:rPr>
        <w:t>The parties have identified the marital property subject to division as follows:</w:t>
      </w:r>
    </w:p>
    <w:p>
      <w:r>
        <w:rPr>
          <w:b w:val="0"/>
          <w:sz w:val="20"/>
        </w:rPr>
        <w:t>- Real Estate: __________________________________________________________</w:t>
      </w:r>
    </w:p>
    <w:p>
      <w:r>
        <w:rPr>
          <w:b w:val="0"/>
          <w:sz w:val="20"/>
        </w:rPr>
        <w:t>- Vehicles: ______________________________________________________________</w:t>
      </w:r>
    </w:p>
    <w:p>
      <w:r>
        <w:rPr>
          <w:b w:val="0"/>
          <w:sz w:val="20"/>
        </w:rPr>
        <w:t>- Bank Accounts: ________________________________________________________</w:t>
      </w:r>
    </w:p>
    <w:p>
      <w:r>
        <w:rPr>
          <w:b w:val="0"/>
          <w:sz w:val="20"/>
        </w:rPr>
        <w:t>- Retirement Accounts: ___________________________________________________</w:t>
      </w:r>
    </w:p>
    <w:p>
      <w:r>
        <w:rPr>
          <w:b w:val="0"/>
          <w:sz w:val="20"/>
        </w:rPr>
        <w:t>- Personal Property: _____________________________________________________</w:t>
      </w:r>
    </w:p>
    <w:p>
      <w:r>
        <w:rPr>
          <w:b w:val="0"/>
          <w:sz w:val="20"/>
        </w:rPr>
        <w:t>- Other Assets: __________________________________________________________</w:t>
      </w:r>
    </w:p>
    <w:p/>
    <w:p>
      <w:r>
        <w:rPr>
          <w:b w:val="0"/>
          <w:sz w:val="20"/>
        </w:rPr>
        <w:t>2.2 Division of Property</w:t>
      </w:r>
    </w:p>
    <w:p>
      <w:r>
        <w:rPr>
          <w:b w:val="0"/>
          <w:sz w:val="20"/>
        </w:rPr>
        <w:t>The parties agree to the following division of property:</w:t>
      </w:r>
    </w:p>
    <w:p>
      <w:r>
        <w:rPr>
          <w:b w:val="0"/>
          <w:sz w:val="20"/>
        </w:rPr>
        <w:t>- Husband shall receive: _________________________________________________</w:t>
      </w:r>
    </w:p>
    <w:p>
      <w:r>
        <w:rPr>
          <w:b w:val="0"/>
          <w:sz w:val="20"/>
        </w:rPr>
        <w:t>- Wife shall receive: ____________________________________________________</w:t>
      </w:r>
    </w:p>
    <w:p>
      <w:r>
        <w:rPr>
          <w:b w:val="0"/>
          <w:sz w:val="20"/>
        </w:rPr>
        <w:t>- Any joint debts or liabilities shall be allocated as follows:</w:t>
      </w:r>
    </w:p>
    <w:p>
      <w:r>
        <w:rPr>
          <w:b w:val="0"/>
          <w:sz w:val="20"/>
        </w:rPr>
        <w:t xml:space="preserve">  Husband: ______________________________________________________________</w:t>
      </w:r>
    </w:p>
    <w:p>
      <w:r>
        <w:rPr>
          <w:b w:val="0"/>
          <w:sz w:val="20"/>
        </w:rPr>
        <w:t xml:space="preserve">  Wife: _________________________________________________________________</w:t>
      </w:r>
    </w:p>
    <w:p/>
    <w:p>
      <w:r>
        <w:rPr>
          <w:b/>
          <w:sz w:val="20"/>
        </w:rPr>
        <w:t>3. Spousal Support / Alimony</w:t>
      </w:r>
    </w:p>
    <w:p>
      <w:r>
        <w:rPr>
          <w:b w:val="0"/>
          <w:sz w:val="20"/>
        </w:rPr>
        <w:t>The parties agree as follows regarding spousal support:</w:t>
      </w:r>
    </w:p>
    <w:p>
      <w:r>
        <w:rPr>
          <w:b w:val="0"/>
          <w:sz w:val="20"/>
        </w:rPr>
        <w:t>- Amount: _______________________________________________________________</w:t>
      </w:r>
    </w:p>
    <w:p>
      <w:r>
        <w:rPr>
          <w:b w:val="0"/>
          <w:sz w:val="20"/>
        </w:rPr>
        <w:t>- Duration: ______________________________________________________________</w:t>
      </w:r>
    </w:p>
    <w:p>
      <w:r>
        <w:rPr>
          <w:b w:val="0"/>
          <w:sz w:val="20"/>
        </w:rPr>
        <w:t>- Method of Payment: ____________________________________________________</w:t>
      </w:r>
    </w:p>
    <w:p>
      <w:r>
        <w:rPr>
          <w:b w:val="0"/>
          <w:sz w:val="20"/>
        </w:rPr>
        <w:t>- Waiver or modification rights: _________________________________________</w:t>
      </w:r>
    </w:p>
    <w:p/>
    <w:p>
      <w:r>
        <w:rPr>
          <w:b/>
          <w:sz w:val="20"/>
        </w:rPr>
        <w:t>4. Child Custody and Visitation</w:t>
      </w:r>
    </w:p>
    <w:p>
      <w:r>
        <w:rPr>
          <w:b w:val="0"/>
          <w:sz w:val="20"/>
        </w:rPr>
        <w:t>4.1 Custody Arrangement</w:t>
      </w:r>
    </w:p>
    <w:p>
      <w:r>
        <w:rPr>
          <w:b w:val="0"/>
          <w:sz w:val="20"/>
        </w:rPr>
        <w:t>The parties agree to the following custody arrangement regarding their minor children:</w:t>
      </w:r>
    </w:p>
    <w:p>
      <w:r>
        <w:rPr>
          <w:b w:val="0"/>
          <w:sz w:val="20"/>
        </w:rPr>
        <w:t>Children’s Names and Birthdates:</w:t>
      </w:r>
    </w:p>
    <w:p>
      <w:r>
        <w:rPr>
          <w:b w:val="0"/>
          <w:sz w:val="20"/>
        </w:rPr>
        <w:t>1. ____________________________________________________________</w:t>
      </w:r>
    </w:p>
    <w:p>
      <w:r>
        <w:rPr>
          <w:b w:val="0"/>
          <w:sz w:val="20"/>
        </w:rPr>
        <w:t>2. ____________________________________________________________</w:t>
      </w:r>
    </w:p>
    <w:p>
      <w:r>
        <w:rPr>
          <w:b w:val="0"/>
          <w:sz w:val="20"/>
        </w:rPr>
        <w:t>3. ____________________________________________________________</w:t>
      </w:r>
    </w:p>
    <w:p/>
    <w:p>
      <w:r>
        <w:rPr>
          <w:b w:val="0"/>
          <w:sz w:val="20"/>
        </w:rPr>
        <w:t>4.2 Legal Custody</w:t>
      </w:r>
    </w:p>
    <w:p>
      <w:r>
        <w:rPr>
          <w:b w:val="0"/>
          <w:sz w:val="20"/>
        </w:rPr>
        <w:t>The parties agree that legal custody shall be:</w:t>
      </w:r>
    </w:p>
    <w:p>
      <w:r>
        <w:rPr>
          <w:b w:val="0"/>
          <w:sz w:val="20"/>
        </w:rPr>
        <w:t>- Joint Legal Custody</w:t>
      </w:r>
    </w:p>
    <w:p>
      <w:r>
        <w:rPr>
          <w:b w:val="0"/>
          <w:sz w:val="20"/>
        </w:rPr>
        <w:t>- Sole Legal Custody to Husband</w:t>
      </w:r>
    </w:p>
    <w:p>
      <w:r>
        <w:rPr>
          <w:b w:val="0"/>
          <w:sz w:val="20"/>
        </w:rPr>
        <w:t>- Sole Legal Custody to Wife</w:t>
      </w:r>
    </w:p>
    <w:p>
      <w:r>
        <w:rPr>
          <w:b w:val="0"/>
          <w:sz w:val="20"/>
        </w:rPr>
        <w:t>Specify any conditions or limitations: _________________________________</w:t>
      </w:r>
    </w:p>
    <w:p/>
    <w:p>
      <w:r>
        <w:rPr>
          <w:b w:val="0"/>
          <w:sz w:val="20"/>
        </w:rPr>
        <w:t>4.3 Physical Custody and Visitation</w:t>
      </w:r>
    </w:p>
    <w:p>
      <w:r>
        <w:rPr>
          <w:b w:val="0"/>
          <w:sz w:val="20"/>
        </w:rPr>
        <w:t>The parties agree that physical custody and visitation shall be:</w:t>
      </w:r>
    </w:p>
    <w:p>
      <w:r>
        <w:rPr>
          <w:b w:val="0"/>
          <w:sz w:val="20"/>
        </w:rPr>
        <w:t>- Joint Physical Custody with schedule: ________________________________</w:t>
      </w:r>
    </w:p>
    <w:p>
      <w:r>
        <w:rPr>
          <w:b w:val="0"/>
          <w:sz w:val="20"/>
        </w:rPr>
        <w:t>- Sole Physical Custody to Husband with visitation rights to Wife as follows: ______________</w:t>
      </w:r>
    </w:p>
    <w:p>
      <w:r>
        <w:rPr>
          <w:b w:val="0"/>
          <w:sz w:val="20"/>
        </w:rPr>
        <w:t>- Sole Physical Custody to Wife with visitation rights to Husband as follows: ______________</w:t>
      </w:r>
    </w:p>
    <w:p/>
    <w:p>
      <w:r>
        <w:rPr>
          <w:b/>
          <w:sz w:val="20"/>
        </w:rPr>
        <w:t>5. Child Support</w:t>
      </w:r>
    </w:p>
    <w:p>
      <w:r>
        <w:rPr>
          <w:b w:val="0"/>
          <w:sz w:val="20"/>
        </w:rPr>
        <w:t>The parties agree to the following child support terms:</w:t>
      </w:r>
    </w:p>
    <w:p>
      <w:r>
        <w:rPr>
          <w:b w:val="0"/>
          <w:sz w:val="20"/>
        </w:rPr>
        <w:t>- Amount: ____________________________________________________________</w:t>
      </w:r>
    </w:p>
    <w:p>
      <w:r>
        <w:rPr>
          <w:b w:val="0"/>
          <w:sz w:val="20"/>
        </w:rPr>
        <w:t>- Payor: _____________________________________________________________</w:t>
      </w:r>
    </w:p>
    <w:p>
      <w:r>
        <w:rPr>
          <w:b w:val="0"/>
          <w:sz w:val="20"/>
        </w:rPr>
        <w:t>- Payment Frequency: _________________________________________________</w:t>
      </w:r>
    </w:p>
    <w:p>
      <w:r>
        <w:rPr>
          <w:b w:val="0"/>
          <w:sz w:val="20"/>
        </w:rPr>
        <w:t>- Method of Payment: _________________________________________________</w:t>
      </w:r>
    </w:p>
    <w:p>
      <w:r>
        <w:rPr>
          <w:b w:val="0"/>
          <w:sz w:val="20"/>
        </w:rPr>
        <w:t>- Duration of Payments: ______________________________________________</w:t>
      </w:r>
    </w:p>
    <w:p>
      <w:r>
        <w:rPr>
          <w:b w:val="0"/>
          <w:sz w:val="20"/>
        </w:rPr>
        <w:t>- Provision for health insurance and other expenses: ___________________</w:t>
      </w:r>
    </w:p>
    <w:p/>
    <w:p>
      <w:r>
        <w:rPr>
          <w:b/>
          <w:sz w:val="20"/>
        </w:rPr>
        <w:t>6. Health Insurance and Medical Expenses</w:t>
      </w:r>
    </w:p>
    <w:p>
      <w:r>
        <w:rPr>
          <w:b w:val="0"/>
          <w:sz w:val="20"/>
        </w:rPr>
        <w:t>The parties agree:</w:t>
      </w:r>
    </w:p>
    <w:p>
      <w:r>
        <w:rPr>
          <w:b w:val="0"/>
          <w:sz w:val="20"/>
        </w:rPr>
        <w:t>- Health insurance for minor children shall be provided by: _______________</w:t>
      </w:r>
    </w:p>
    <w:p>
      <w:r>
        <w:rPr>
          <w:b w:val="0"/>
          <w:sz w:val="20"/>
        </w:rPr>
        <w:t>- Medical, dental, vision, and other health expenses shall be divided as follows:</w:t>
      </w:r>
    </w:p>
    <w:p>
      <w:r>
        <w:rPr>
          <w:b w:val="0"/>
          <w:sz w:val="20"/>
        </w:rPr>
        <w:t xml:space="preserve">  _________________________________________________________________</w:t>
      </w:r>
    </w:p>
    <w:p/>
    <w:p>
      <w:r>
        <w:rPr>
          <w:b/>
          <w:sz w:val="20"/>
        </w:rPr>
        <w:t>7. Taxes</w:t>
      </w:r>
    </w:p>
    <w:p>
      <w:r>
        <w:rPr>
          <w:b w:val="0"/>
          <w:sz w:val="20"/>
        </w:rPr>
        <w:t>The parties agree to the following regarding tax filings and responsibilities:</w:t>
      </w:r>
    </w:p>
    <w:p>
      <w:r>
        <w:rPr>
          <w:b w:val="0"/>
          <w:sz w:val="20"/>
        </w:rPr>
        <w:t>- Filing status for current and past years: ___________________________</w:t>
      </w:r>
    </w:p>
    <w:p>
      <w:r>
        <w:rPr>
          <w:b w:val="0"/>
          <w:sz w:val="20"/>
        </w:rPr>
        <w:t>- Dependency exemptions for minor children: __________________________</w:t>
      </w:r>
    </w:p>
    <w:p>
      <w:r>
        <w:rPr>
          <w:b w:val="0"/>
          <w:sz w:val="20"/>
        </w:rPr>
        <w:t>- Division of any tax refunds or liabilities: __________________________</w:t>
      </w:r>
    </w:p>
    <w:p/>
    <w:p>
      <w:r>
        <w:rPr>
          <w:b/>
          <w:sz w:val="20"/>
        </w:rPr>
        <w:t>8. Debts and Liabilities</w:t>
      </w:r>
    </w:p>
    <w:p>
      <w:r>
        <w:rPr>
          <w:b w:val="0"/>
          <w:sz w:val="20"/>
        </w:rPr>
        <w:t>The parties agree that all debts incurred prior to the date of separation shall be allocated as follows:</w:t>
      </w:r>
    </w:p>
    <w:p>
      <w:r>
        <w:rPr>
          <w:b w:val="0"/>
          <w:sz w:val="20"/>
        </w:rPr>
        <w:t>- Husband shall be responsible for: ___________________________________</w:t>
      </w:r>
    </w:p>
    <w:p>
      <w:r>
        <w:rPr>
          <w:b w:val="0"/>
          <w:sz w:val="20"/>
        </w:rPr>
        <w:t>- Wife shall be responsible for: ______________________________________</w:t>
      </w:r>
    </w:p>
    <w:p>
      <w:r>
        <w:rPr>
          <w:b w:val="0"/>
          <w:sz w:val="20"/>
        </w:rPr>
        <w:t>The parties shall hold each other harmless from any debt not allocated to them.</w:t>
      </w:r>
    </w:p>
    <w:p/>
    <w:p>
      <w:r>
        <w:rPr>
          <w:b/>
          <w:sz w:val="20"/>
        </w:rPr>
        <w:t>9. Retirement Accounts and Pensions</w:t>
      </w:r>
    </w:p>
    <w:p>
      <w:r>
        <w:rPr>
          <w:b w:val="0"/>
          <w:sz w:val="20"/>
        </w:rPr>
        <w:t>The parties agree:</w:t>
      </w:r>
    </w:p>
    <w:p>
      <w:r>
        <w:rPr>
          <w:b w:val="0"/>
          <w:sz w:val="20"/>
        </w:rPr>
        <w:t>- To the division of retirement benefits as follows: ___________________</w:t>
      </w:r>
    </w:p>
    <w:p>
      <w:r>
        <w:rPr>
          <w:b w:val="0"/>
          <w:sz w:val="20"/>
        </w:rPr>
        <w:t>- To execute any necessary documents to effectuate the division.</w:t>
      </w:r>
    </w:p>
    <w:p/>
    <w:p>
      <w:r>
        <w:rPr>
          <w:b/>
          <w:sz w:val="20"/>
        </w:rPr>
        <w:t>10. Mutual Release and Waiver</w:t>
      </w:r>
    </w:p>
    <w:p>
      <w:r>
        <w:rPr>
          <w:b w:val="0"/>
          <w:sz w:val="20"/>
        </w:rPr>
        <w:t>Except as otherwise provided in this Agreement, each party releases and forever discharges the other from all claims, demands, and liabilities arising out of the marital relationship.</w:t>
      </w:r>
    </w:p>
    <w:p/>
    <w:p>
      <w:r>
        <w:rPr>
          <w:b/>
          <w:sz w:val="20"/>
        </w:rPr>
        <w:t>11. Entire Agreement</w:t>
      </w:r>
    </w:p>
    <w:p>
      <w:r>
        <w:rPr>
          <w:b w:val="0"/>
          <w:sz w:val="20"/>
        </w:rPr>
        <w:t>This Agreement contains the entire understanding of the parties and supersedes all prior agreements or understandings, whether oral or written.</w:t>
      </w:r>
    </w:p>
    <w:p/>
    <w:p>
      <w:r>
        <w:rPr>
          <w:b/>
          <w:sz w:val="20"/>
        </w:rPr>
        <w:t>12. Amendments</w:t>
      </w:r>
    </w:p>
    <w:p>
      <w:r>
        <w:rPr>
          <w:b w:val="0"/>
          <w:sz w:val="20"/>
        </w:rPr>
        <w:t>Any amendments or modifications to this Agreement must be in writing and signed by both parties.</w:t>
      </w:r>
    </w:p>
    <w:p/>
    <w:p>
      <w:r>
        <w:rPr>
          <w:b/>
          <w:sz w:val="20"/>
        </w:rPr>
        <w:t>13. Governing Law</w:t>
      </w:r>
    </w:p>
    <w:p>
      <w:r>
        <w:rPr>
          <w:b w:val="0"/>
          <w:sz w:val="20"/>
        </w:rPr>
        <w:t>This Agreement shall be governed by and construed in accordance with the laws of the State of _________________________, United States of America.</w:t>
      </w:r>
    </w:p>
    <w:p/>
    <w:p>
      <w:r>
        <w:rPr>
          <w:b/>
          <w:sz w:val="20"/>
        </w:rPr>
        <w:t>14. Execution</w:t>
      </w:r>
    </w:p>
    <w:p>
      <w:r>
        <w:rPr>
          <w:b w:val="0"/>
          <w:sz w:val="20"/>
        </w:rPr>
        <w:t>The parties acknowledge that they have read this Agreement, understand its terms, and enter into it voluntarily and without duress or undue influence.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HUSBAND</w:t>
            </w:r>
          </w:p>
        </w:tc>
        <w:tc>
          <w:tcPr>
            <w:tcW w:type="dxa" w:w="4986"/>
            <w:tcBorders>
              <w:top w:val="nil"/>
              <w:left w:val="nil"/>
              <w:bottom w:val="nil"/>
              <w:right w:val="nil"/>
              <w:insideH w:val="nil"/>
              <w:insideV w:val="nil"/>
            </w:tcBorders>
          </w:tcPr>
          <w:p>
            <w:pPr>
              <w:jc w:val="center"/>
            </w:pPr>
            <w:r>
              <w:t>WIFE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https://agreementtemplate-us.com/marital-settlement-agreement/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marital-settlement-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