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EVENT VENUE RENTAL AGREEMENT</w:t>
      </w:r>
    </w:p>
    <w:p/>
    <w:p>
      <w:r>
        <w:rPr>
          <w:b/>
          <w:sz w:val="20"/>
        </w:rPr>
        <w:t>This Event Venue Rental Agreement ("Agreement") is made by and between the following parties:</w:t>
      </w:r>
    </w:p>
    <w:p/>
    <w:p>
      <w:r>
        <w:rPr>
          <w:b/>
          <w:sz w:val="20"/>
        </w:rPr>
        <w:t>Lessor (Venue Owner / Manager):</w:t>
      </w:r>
    </w:p>
    <w:p>
      <w:r>
        <w:rPr>
          <w:b w:val="0"/>
          <w:sz w:val="20"/>
        </w:rPr>
        <w:t>Full Name / Business Name: 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Lessee (Renter):</w:t>
      </w:r>
    </w:p>
    <w:p>
      <w:r>
        <w:rPr>
          <w:b w:val="0"/>
          <w:sz w:val="20"/>
        </w:rPr>
        <w:t>Full Name / Business Name: 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Venue Information:</w:t>
      </w:r>
    </w:p>
    <w:p>
      <w:r>
        <w:rPr>
          <w:b w:val="0"/>
          <w:sz w:val="20"/>
        </w:rPr>
        <w:t>Venue Name: ______________________________________________________________</w:t>
      </w:r>
    </w:p>
    <w:p>
      <w:r>
        <w:rPr>
          <w:b w:val="0"/>
          <w:sz w:val="20"/>
        </w:rPr>
        <w:t>Venue Address: ___________________________________________________________</w:t>
      </w:r>
    </w:p>
    <w:p>
      <w:r>
        <w:rPr>
          <w:b w:val="0"/>
          <w:sz w:val="20"/>
        </w:rPr>
        <w:t>Venue Description: _______________________________________________________</w:t>
      </w:r>
    </w:p>
    <w:p/>
    <w:p>
      <w:r>
        <w:rPr>
          <w:b/>
          <w:sz w:val="20"/>
        </w:rPr>
        <w:t>Rental Period and Times:</w:t>
      </w:r>
    </w:p>
    <w:p>
      <w:r>
        <w:rPr>
          <w:b w:val="0"/>
          <w:sz w:val="20"/>
        </w:rPr>
        <w:t>Start Date and Time: ____________________________________________________</w:t>
      </w:r>
    </w:p>
    <w:p>
      <w:r>
        <w:rPr>
          <w:b w:val="0"/>
          <w:sz w:val="20"/>
        </w:rPr>
        <w:t>End Date and Time: ______________________________________________________</w:t>
      </w:r>
    </w:p>
    <w:p>
      <w:r>
        <w:rPr>
          <w:b w:val="0"/>
          <w:sz w:val="20"/>
        </w:rPr>
        <w:t>Access Time for Setup: ___________________________________________________</w:t>
      </w:r>
    </w:p>
    <w:p>
      <w:r>
        <w:rPr>
          <w:b w:val="0"/>
          <w:sz w:val="20"/>
        </w:rPr>
        <w:t>Cleanup Completion Time: _________________________________________________</w:t>
      </w:r>
    </w:p>
    <w:p/>
    <w:p>
      <w:r>
        <w:rPr>
          <w:b/>
          <w:sz w:val="20"/>
        </w:rPr>
        <w:t>Rental Fee and Payment Terms:</w:t>
      </w:r>
    </w:p>
    <w:p>
      <w:r>
        <w:rPr>
          <w:b w:val="0"/>
          <w:sz w:val="20"/>
        </w:rPr>
        <w:t>Total Rental Fee: $_________________ USD</w:t>
      </w:r>
    </w:p>
    <w:p>
      <w:r>
        <w:rPr>
          <w:b w:val="0"/>
          <w:sz w:val="20"/>
        </w:rPr>
        <w:t>Deposit Amount (if any): $_________________ USD</w:t>
      </w:r>
    </w:p>
    <w:p>
      <w:r>
        <w:rPr>
          <w:b w:val="0"/>
          <w:sz w:val="20"/>
        </w:rPr>
        <w:t>Balance Due: $_________________ USD</w:t>
      </w:r>
    </w:p>
    <w:p>
      <w:r>
        <w:rPr>
          <w:b w:val="0"/>
          <w:sz w:val="20"/>
        </w:rPr>
        <w:t>Deposit Due Date: _______________________________________________________</w:t>
      </w:r>
    </w:p>
    <w:p>
      <w:r>
        <w:rPr>
          <w:b w:val="0"/>
          <w:sz w:val="20"/>
        </w:rPr>
        <w:t>Balance Due Date: _______________________________________________________</w:t>
      </w:r>
    </w:p>
    <w:p>
      <w:r>
        <w:rPr>
          <w:b w:val="0"/>
          <w:sz w:val="20"/>
        </w:rPr>
        <w:t>Payment Method(s): ______________________________________________________</w:t>
      </w:r>
    </w:p>
    <w:p/>
    <w:p>
      <w:r>
        <w:rPr>
          <w:b/>
          <w:sz w:val="20"/>
        </w:rPr>
        <w:t>Security Deposit:</w:t>
      </w:r>
    </w:p>
    <w:p>
      <w:r>
        <w:rPr>
          <w:b w:val="0"/>
          <w:sz w:val="20"/>
        </w:rPr>
        <w:t>A security deposit of $_________________ USD is required to cover potential damages or additional charges. The deposit will be returned to Lessee within ______ days following the event, less any deductions for damages, unpaid fees, or violations of this Agreement.</w:t>
      </w:r>
    </w:p>
    <w:p/>
    <w:p>
      <w:r>
        <w:rPr>
          <w:b/>
          <w:sz w:val="20"/>
        </w:rPr>
        <w:t>Permitted Use and Restrictions:</w:t>
      </w:r>
    </w:p>
    <w:p>
      <w:r>
        <w:rPr>
          <w:b w:val="0"/>
          <w:sz w:val="20"/>
        </w:rPr>
        <w:t>Lessee agrees to use the Venue solely for the purpose of hosting the following event:</w:t>
      </w:r>
    </w:p>
    <w:p>
      <w:r>
        <w:rPr>
          <w:b w:val="0"/>
          <w:sz w:val="20"/>
        </w:rPr>
        <w:t>Event Description: _______________________________________________________</w:t>
      </w:r>
    </w:p>
    <w:p>
      <w:r>
        <w:rPr>
          <w:b w:val="0"/>
          <w:sz w:val="20"/>
        </w:rPr>
        <w:t>Maximum Number of Attendees: ____________________________________________</w:t>
      </w:r>
    </w:p>
    <w:p>
      <w:r>
        <w:rPr>
          <w:b w:val="0"/>
          <w:sz w:val="20"/>
        </w:rPr>
        <w:t>Lessee shall comply with all applicable laws, regulations, fire codes, and venue rules. No illegal activities or hazardous materials are permitted on the premises.</w:t>
      </w:r>
    </w:p>
    <w:p/>
    <w:p>
      <w:r>
        <w:rPr>
          <w:b/>
          <w:sz w:val="20"/>
        </w:rPr>
        <w:t>Setup, Cleanup and Condition of Venue:</w:t>
      </w:r>
    </w:p>
    <w:p>
      <w:r>
        <w:rPr>
          <w:b w:val="0"/>
          <w:sz w:val="20"/>
        </w:rPr>
        <w:t>Lessee is responsible for setup and cleanup of the Venue within the agreed times.</w:t>
      </w:r>
    </w:p>
    <w:p>
      <w:r>
        <w:rPr>
          <w:b w:val="0"/>
          <w:sz w:val="20"/>
        </w:rPr>
        <w:t>Lessee shall return the Venue in the same condition as received, ordinary wear and tear excepted.</w:t>
      </w:r>
    </w:p>
    <w:p>
      <w:r>
        <w:rPr>
          <w:b w:val="0"/>
          <w:sz w:val="20"/>
        </w:rPr>
        <w:t>Any damages or excessive cleaning required will be deducted from the security deposit or billed to the Lessee.</w:t>
      </w:r>
    </w:p>
    <w:p/>
    <w:p>
      <w:r>
        <w:rPr>
          <w:b/>
          <w:sz w:val="20"/>
        </w:rPr>
        <w:t>Cancellation Policy:</w:t>
      </w:r>
    </w:p>
    <w:p>
      <w:r>
        <w:rPr>
          <w:b w:val="0"/>
          <w:sz w:val="20"/>
        </w:rPr>
        <w:t>Cancellations must be made in writing. Deposits are refundable only as follows:</w:t>
      </w:r>
    </w:p>
    <w:p>
      <w:r>
        <w:rPr>
          <w:b w:val="0"/>
          <w:sz w:val="20"/>
        </w:rPr>
        <w:t>- Cancellation more than ______ days prior to the event: full refund of deposit.</w:t>
      </w:r>
    </w:p>
    <w:p>
      <w:r>
        <w:rPr>
          <w:b w:val="0"/>
          <w:sz w:val="20"/>
        </w:rPr>
        <w:t>- Cancellation less than ______ days prior to the event: deposit is non-refundable.</w:t>
      </w:r>
    </w:p>
    <w:p>
      <w:r>
        <w:rPr>
          <w:b w:val="0"/>
          <w:sz w:val="20"/>
        </w:rPr>
        <w:t>Lessee remains responsible for full payment if cancellation occurs after balance due date.</w:t>
      </w:r>
    </w:p>
    <w:p/>
    <w:p>
      <w:r>
        <w:rPr>
          <w:b/>
          <w:sz w:val="20"/>
        </w:rPr>
        <w:t>Liability and Insurance:</w:t>
      </w:r>
    </w:p>
    <w:p>
      <w:r>
        <w:rPr>
          <w:b w:val="0"/>
          <w:sz w:val="20"/>
        </w:rPr>
        <w:t>Lessee assumes all responsibility for personal injury, property damage, and loss arising from use of the Venue.</w:t>
      </w:r>
    </w:p>
    <w:p>
      <w:r>
        <w:rPr>
          <w:b w:val="0"/>
          <w:sz w:val="20"/>
        </w:rPr>
        <w:t>Lessee agrees to indemnify and hold harmless Lessor and its agents from claims or damages resulting from Lessee's use of the Venue.</w:t>
      </w:r>
    </w:p>
    <w:p>
      <w:r>
        <w:rPr>
          <w:b w:val="0"/>
          <w:sz w:val="20"/>
        </w:rPr>
        <w:t>Lessee shall obtain and maintain any necessary insurance coverage, including general liability insurance, naming Lessor as additional insured if required.</w:t>
      </w:r>
    </w:p>
    <w:p/>
    <w:p>
      <w:r>
        <w:rPr>
          <w:b/>
          <w:sz w:val="20"/>
        </w:rPr>
        <w:t>Force Majeure:</w:t>
      </w:r>
    </w:p>
    <w:p>
      <w:r>
        <w:rPr>
          <w:b w:val="0"/>
          <w:sz w:val="20"/>
        </w:rPr>
        <w:t>Neither party shall be liable for failure to perform obligations due to causes beyond reasonable control, including but not limited to natural disasters, governmental restrictions, or acts of terrorism.</w:t>
      </w:r>
    </w:p>
    <w:p>
      <w:r>
        <w:rPr>
          <w:b w:val="0"/>
          <w:sz w:val="20"/>
        </w:rPr>
        <w:t>In such event, the parties will attempt to reschedule or agree on refunds as appropriate.</w:t>
      </w:r>
    </w:p>
    <w:p/>
    <w:p>
      <w:r>
        <w:rPr>
          <w:b/>
          <w:sz w:val="20"/>
        </w:rPr>
        <w:t>Compliance with Laws:</w:t>
      </w:r>
    </w:p>
    <w:p>
      <w:r>
        <w:rPr>
          <w:b w:val="0"/>
          <w:sz w:val="20"/>
        </w:rPr>
        <w:t>Lessee shall comply with all applicable federal, state, and local laws, ordinances, and regulations including licensing, permits, and noise ordinances.</w:t>
      </w:r>
    </w:p>
    <w:p/>
    <w:p>
      <w:r>
        <w:rPr>
          <w:b/>
          <w:sz w:val="20"/>
        </w:rPr>
        <w:t>Indemnification:</w:t>
      </w:r>
    </w:p>
    <w:p>
      <w:r>
        <w:rPr>
          <w:b w:val="0"/>
          <w:sz w:val="20"/>
        </w:rPr>
        <w:t>Lessee agrees to indemnify, defend, and hold harmless Lessor, its employees, agents, and affiliates from any claims, damages, losses, liabilities, costs, or expenses arising out of Lessee’s use of the Venue or breach of this Agreement.</w:t>
      </w:r>
    </w:p>
    <w:p/>
    <w:p>
      <w:r>
        <w:rPr>
          <w:b/>
          <w:sz w:val="20"/>
        </w:rPr>
        <w:t>Governing Law and Dispute Resolution:</w:t>
      </w:r>
    </w:p>
    <w:p>
      <w:r>
        <w:rPr>
          <w:b w:val="0"/>
          <w:sz w:val="20"/>
        </w:rPr>
        <w:t>This Agreement shall be governed by and construed in accordance with the laws of the State of __________________, United States of America.</w:t>
      </w:r>
    </w:p>
    <w:p>
      <w:r>
        <w:rPr>
          <w:b w:val="0"/>
          <w:sz w:val="20"/>
        </w:rPr>
        <w:t>Any disputes arising under this Agreement shall be resolved by binding arbitration or in the courts located within the jurisdiction of the Venue’s location.</w:t>
      </w:r>
    </w:p>
    <w:p/>
    <w:p>
      <w:r>
        <w:rPr>
          <w:b/>
          <w:sz w:val="20"/>
        </w:rPr>
        <w:t>Entire Agreement and Amendments:</w:t>
      </w:r>
    </w:p>
    <w:p>
      <w:r>
        <w:rPr>
          <w:b w:val="0"/>
          <w:sz w:val="20"/>
        </w:rPr>
        <w:t>This Agreement constitutes the entire agreement between the parties and supersedes all prior understandings.</w:t>
      </w:r>
    </w:p>
    <w:p>
      <w:r>
        <w:rPr>
          <w:b w:val="0"/>
          <w:sz w:val="20"/>
        </w:rPr>
        <w:t>Any modifications or amendments must be in writing and signed by both parties.</w:t>
      </w:r>
    </w:p>
    <w:p/>
    <w:p>
      <w:r>
        <w:rPr>
          <w:b/>
          <w:sz w:val="20"/>
        </w:rPr>
        <w:t>Severability:</w:t>
      </w:r>
    </w:p>
    <w:p>
      <w:r>
        <w:rPr>
          <w:b w:val="0"/>
          <w:sz w:val="20"/>
        </w:rPr>
        <w:t>If any provision of this Agreement is found to be invalid or unenforceable, the remaining provisions shall continue in full force and effect.</w:t>
      </w:r>
    </w:p>
    <w:p/>
    <w:p>
      <w:r>
        <w:rPr>
          <w:b/>
          <w:sz w:val="20"/>
        </w:rPr>
        <w:t>IN WITNESS WHEREOF, the parties have executed this Event Venue Rental Agreement as of the signatures below.</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 (Venue Owner / Manager)</w:t>
            </w:r>
          </w:p>
        </w:tc>
        <w:tc>
          <w:tcPr>
            <w:tcW w:type="dxa" w:w="4986"/>
            <w:tcBorders>
              <w:top w:val="nil"/>
              <w:left w:val="nil"/>
              <w:bottom w:val="nil"/>
              <w:right w:val="nil"/>
              <w:insideH w:val="nil"/>
              <w:insideV w:val="nil"/>
            </w:tcBorders>
          </w:tcPr>
          <w:p>
            <w:pPr>
              <w:jc w:val="center"/>
            </w:pPr>
            <w:r>
              <w:t>LESSEE (Renter)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https://agreementtemplate-us.com/event-venue-rental-agreement/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event-venue-rental-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