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EMPLOYMENT SEPARATION AGREEMENT</w:t>
      </w:r>
    </w:p>
    <w:p/>
    <w:p>
      <w:r>
        <w:rPr>
          <w:b/>
          <w:sz w:val="20"/>
        </w:rPr>
        <w:t>This Employment Separation Agreement ("Agreement") is made between:</w:t>
      </w:r>
    </w:p>
    <w:p>
      <w:r>
        <w:rPr>
          <w:b w:val="0"/>
          <w:sz w:val="20"/>
        </w:rPr>
        <w:t>Employer: ____________________________________________________________</w:t>
      </w:r>
    </w:p>
    <w:p>
      <w:r>
        <w:rPr>
          <w:b w:val="0"/>
          <w:sz w:val="20"/>
        </w:rPr>
        <w:t>Address: _____________________________________________________________</w:t>
      </w:r>
    </w:p>
    <w:p/>
    <w:p>
      <w:r>
        <w:rPr>
          <w:b w:val="0"/>
          <w:sz w:val="20"/>
        </w:rPr>
        <w:t>and</w:t>
      </w:r>
    </w:p>
    <w:p/>
    <w:p>
      <w:r>
        <w:rPr>
          <w:b w:val="0"/>
          <w:sz w:val="20"/>
        </w:rPr>
        <w:t>Employee: ____________________________________________________________</w:t>
      </w:r>
    </w:p>
    <w:p>
      <w:r>
        <w:rPr>
          <w:b w:val="0"/>
          <w:sz w:val="20"/>
        </w:rPr>
        <w:t>Address: _____________________________________________________________</w:t>
      </w:r>
    </w:p>
    <w:p/>
    <w:p/>
    <w:p>
      <w:pPr>
        <w:jc w:val="center"/>
      </w:pPr>
      <w:r>
        <w:rPr>
          <w:b/>
          <w:sz w:val="20"/>
        </w:rPr>
        <w:t>RECITALS</w:t>
      </w:r>
    </w:p>
    <w:p/>
    <w:p>
      <w:r>
        <w:rPr>
          <w:b w:val="0"/>
          <w:sz w:val="20"/>
        </w:rPr>
        <w:t>WHEREAS, Employee has been employed by Employer;</w:t>
      </w:r>
    </w:p>
    <w:p>
      <w:r>
        <w:rPr>
          <w:b w:val="0"/>
          <w:sz w:val="20"/>
        </w:rPr>
        <w:t>WHEREAS, the parties have mutually agreed to end their employment relationship on terms set forth herein;</w:t>
      </w:r>
    </w:p>
    <w:p>
      <w:r>
        <w:rPr>
          <w:b w:val="0"/>
          <w:sz w:val="20"/>
        </w:rPr>
        <w:t>NOW, THEREFORE, in consideration of the mutual promises contained herein and other good and valuable consideration, the receipt and sufficiency of which are hereby acknowledged, the parties agree as follows:</w:t>
      </w:r>
    </w:p>
    <w:p/>
    <w:p/>
    <w:p>
      <w:r>
        <w:rPr>
          <w:b/>
          <w:sz w:val="20"/>
        </w:rPr>
        <w:t>1. Separation Date</w:t>
      </w:r>
    </w:p>
    <w:p>
      <w:r>
        <w:rPr>
          <w:b w:val="0"/>
          <w:sz w:val="20"/>
        </w:rPr>
        <w:t>The employment relationship between Employer and Employee shall terminate effective as of ______________________________ ("Separation Date").</w:t>
      </w:r>
    </w:p>
    <w:p/>
    <w:p>
      <w:r>
        <w:rPr>
          <w:b/>
          <w:sz w:val="20"/>
        </w:rPr>
        <w:t>2. Separation Payments</w:t>
      </w:r>
    </w:p>
    <w:p>
      <w:r>
        <w:rPr>
          <w:b w:val="0"/>
          <w:sz w:val="20"/>
        </w:rPr>
        <w:t>Employer agrees to pay Employee separation compensation as follows:</w:t>
      </w:r>
    </w:p>
    <w:p>
      <w:r>
        <w:rPr>
          <w:b w:val="0"/>
          <w:sz w:val="20"/>
        </w:rPr>
        <w:t>- Final wages for all hours worked up to and including the Separation Date, subject to applicable taxes and withholdings.</w:t>
      </w:r>
    </w:p>
    <w:p>
      <w:r>
        <w:rPr>
          <w:b w:val="0"/>
          <w:sz w:val="20"/>
        </w:rPr>
        <w:t>- Severance payment in the gross amount of $__________________, less applicable taxes and withholdings, payable as a lump sum on or before ___________________.</w:t>
      </w:r>
    </w:p>
    <w:p>
      <w:r>
        <w:rPr>
          <w:b w:val="0"/>
          <w:sz w:val="20"/>
        </w:rPr>
        <w:t>- Payment for accrued but unused vacation or paid time off, if any, according to Employer’s policies and applicable law.</w:t>
      </w:r>
    </w:p>
    <w:p/>
    <w:p>
      <w:r>
        <w:rPr>
          <w:b/>
          <w:sz w:val="20"/>
        </w:rPr>
        <w:t>3. Benefits</w:t>
      </w:r>
    </w:p>
    <w:p>
      <w:r>
        <w:rPr>
          <w:b w:val="0"/>
          <w:sz w:val="20"/>
        </w:rPr>
        <w:t>Employee's eligibility to participate in Employer-sponsored benefit plans shall cease as of the Separation Date, except as required by law or as otherwise specified herein.</w:t>
      </w:r>
    </w:p>
    <w:p>
      <w:r>
        <w:rPr>
          <w:b w:val="0"/>
          <w:sz w:val="20"/>
        </w:rPr>
        <w:t>Employee may continue group health coverage under COBRA or applicable state continuation coverage laws at Employee's expense.</w:t>
      </w:r>
    </w:p>
    <w:p/>
    <w:p>
      <w:r>
        <w:rPr>
          <w:b/>
          <w:sz w:val="20"/>
        </w:rPr>
        <w:t>4. Release of Claims</w:t>
      </w:r>
    </w:p>
    <w:p>
      <w:r>
        <w:rPr>
          <w:b w:val="0"/>
          <w:sz w:val="20"/>
        </w:rPr>
        <w:t>In exchange for the payments and benefits provided under this Agreement, Employee releases and forever discharges Employer, its affiliates, subsidiaries, officers, directors, employees, agents, successors, and assigns from any and all claims, liabilities, demands, or causes of action, whether known or unknown, arising out of or related to Employee's employment or separation therefrom, including but not limited to claims under federal, state, or local laws prohibiting discrimination, harassment, wrongful termination, or retaliation.</w:t>
      </w:r>
    </w:p>
    <w:p/>
    <w:p>
      <w:r>
        <w:rPr>
          <w:b/>
          <w:sz w:val="20"/>
        </w:rPr>
        <w:t>5. Confidentiality</w:t>
      </w:r>
    </w:p>
    <w:p>
      <w:r>
        <w:rPr>
          <w:b w:val="0"/>
          <w:sz w:val="20"/>
        </w:rPr>
        <w:t>Employee agrees to keep the terms and existence of this Agreement confidential and not to disclose any information concerning this Agreement to any person or entity except Employee’s immediate family, legal counsel, or as required by law.</w:t>
      </w:r>
    </w:p>
    <w:p/>
    <w:p>
      <w:r>
        <w:rPr>
          <w:b/>
          <w:sz w:val="20"/>
        </w:rPr>
        <w:t>6. Non-Disparagement</w:t>
      </w:r>
    </w:p>
    <w:p>
      <w:r>
        <w:rPr>
          <w:b w:val="0"/>
          <w:sz w:val="20"/>
        </w:rPr>
        <w:t>Employee agrees not to make any statements, written or oral, that disparage or harm the reputation of Employer or any of its officers, directors, or employees.</w:t>
      </w:r>
    </w:p>
    <w:p/>
    <w:p>
      <w:r>
        <w:rPr>
          <w:b/>
          <w:sz w:val="20"/>
        </w:rPr>
        <w:t>7. Return of Property</w:t>
      </w:r>
    </w:p>
    <w:p>
      <w:r>
        <w:rPr>
          <w:b w:val="0"/>
          <w:sz w:val="20"/>
        </w:rPr>
        <w:t>Employee agrees to return all Employer property, including but not limited to keys, documents, computers, phones, and other materials, on or before the Separation Date.</w:t>
      </w:r>
    </w:p>
    <w:p/>
    <w:p>
      <w:r>
        <w:rPr>
          <w:b/>
          <w:sz w:val="20"/>
        </w:rPr>
        <w:t>8. No Admission of Liability</w:t>
      </w:r>
    </w:p>
    <w:p>
      <w:r>
        <w:rPr>
          <w:b w:val="0"/>
          <w:sz w:val="20"/>
        </w:rPr>
        <w:t>This Agreement does not constitute an admission by either party of any wrongdoing or liability.</w:t>
      </w:r>
    </w:p>
    <w:p/>
    <w:p>
      <w:r>
        <w:rPr>
          <w:b/>
          <w:sz w:val="20"/>
        </w:rPr>
        <w:t>9. Governing Law</w:t>
      </w:r>
    </w:p>
    <w:p>
      <w:r>
        <w:rPr>
          <w:b w:val="0"/>
          <w:sz w:val="20"/>
        </w:rPr>
        <w:t>This Agreement shall be governed by and construed in accordance with the laws of the State of ____________________, without regard to its conflict of law principles.</w:t>
      </w:r>
    </w:p>
    <w:p/>
    <w:p>
      <w:r>
        <w:rPr>
          <w:b/>
          <w:sz w:val="20"/>
        </w:rPr>
        <w:t>10. Entire Agreement</w:t>
      </w:r>
    </w:p>
    <w:p>
      <w:r>
        <w:rPr>
          <w:b w:val="0"/>
          <w:sz w:val="20"/>
        </w:rPr>
        <w:t>This Agreement contains the entire agreement between the parties with respect to its subject matter and supersedes all prior agreements, understandings, and representations.</w:t>
      </w:r>
    </w:p>
    <w:p/>
    <w:p>
      <w:r>
        <w:rPr>
          <w:b/>
          <w:sz w:val="20"/>
        </w:rPr>
        <w:t>11. Severability</w:t>
      </w:r>
    </w:p>
    <w:p>
      <w:r>
        <w:rPr>
          <w:b w:val="0"/>
          <w:sz w:val="20"/>
        </w:rPr>
        <w:t>If any provision of this Agreement is found to be unenforceable, the remainder of the Agreement shall remain in full force and effect.</w:t>
      </w:r>
    </w:p>
    <w:p/>
    <w:p>
      <w:r>
        <w:rPr>
          <w:b/>
          <w:sz w:val="20"/>
        </w:rPr>
        <w:t>12. Voluntary Agreement</w:t>
      </w:r>
    </w:p>
    <w:p>
      <w:r>
        <w:rPr>
          <w:b w:val="0"/>
          <w:sz w:val="20"/>
        </w:rPr>
        <w:t>Employee acknowledges that Employee has read this Agreement, understands its terms, has had the opportunity to consult with legal counsel, and signs it voluntarily and without coercion.</w:t>
      </w:r>
    </w:p>
    <w:p/>
    <w:p/>
    <w:p>
      <w:r>
        <w:rPr>
          <w:b w:val="0"/>
          <w:sz w:val="20"/>
        </w:rPr>
        <w:t>Place of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https://agreementtemplate-us.com/employment-separation-agreement/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employment-separation-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